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07CE0" w14:textId="77777777" w:rsidR="005F715A" w:rsidRPr="00161F9A" w:rsidRDefault="00000000">
      <w:pPr>
        <w:spacing w:after="0"/>
      </w:pPr>
      <w:r w:rsidRPr="00161F9A">
        <w:rPr>
          <w:noProof/>
        </w:rPr>
        <w:drawing>
          <wp:inline distT="0" distB="0" distL="0" distR="0" wp14:anchorId="0B0B3840" wp14:editId="4879964A">
            <wp:extent cx="1260000" cy="292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2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37E09" w14:textId="77777777" w:rsidR="008657A7" w:rsidRDefault="00000000">
      <w:pPr>
        <w:spacing w:after="140"/>
        <w:jc w:val="right"/>
      </w:pPr>
      <w:r>
        <w:t>Załącznik nr 1 do Zapytania ofertowego nr 07/2026</w:t>
      </w:r>
    </w:p>
    <w:p w14:paraId="64B6DEE2" w14:textId="77777777" w:rsidR="008657A7" w:rsidRDefault="00000000">
      <w:pPr>
        <w:jc w:val="center"/>
      </w:pPr>
      <w:r>
        <w:rPr>
          <w:b/>
        </w:rPr>
        <w:t>OFERTA</w:t>
      </w:r>
    </w:p>
    <w:p w14:paraId="5691661B" w14:textId="77777777" w:rsidR="008657A7" w:rsidRDefault="00000000">
      <w:pPr>
        <w:spacing w:after="160"/>
        <w:jc w:val="center"/>
      </w:pPr>
      <w:r>
        <w:rPr>
          <w:b/>
        </w:rPr>
        <w:t>na zapytanie ofertowe pn. „Przegląd, naprawa, montaż i demontaż iluminacji świątecznej na terenie Miasta i Gminy Kórnik” (zapytanie ofertowe nr 07/2026)</w:t>
      </w:r>
    </w:p>
    <w:p w14:paraId="23070A21" w14:textId="77777777" w:rsidR="008657A7" w:rsidRDefault="00000000">
      <w:pPr>
        <w:spacing w:after="0"/>
      </w:pPr>
      <w:r>
        <w:rPr>
          <w:b/>
        </w:rPr>
        <w:t>ZAMAWIAJĄCY:</w:t>
      </w:r>
    </w:p>
    <w:p w14:paraId="601C522D" w14:textId="77777777" w:rsidR="008657A7" w:rsidRDefault="00000000">
      <w:pPr>
        <w:spacing w:after="0"/>
      </w:pPr>
      <w:r>
        <w:t>Wodociągi Kórnickie i Usługi Komunalne WODKOM Kórnik Spółka z o.o.</w:t>
      </w:r>
    </w:p>
    <w:p w14:paraId="39897F69" w14:textId="77777777" w:rsidR="008657A7" w:rsidRDefault="00000000">
      <w:pPr>
        <w:spacing w:after="120"/>
      </w:pPr>
      <w:r>
        <w:t>ul. Poznańska 71c, 62-035 Kórnik</w:t>
      </w:r>
    </w:p>
    <w:p w14:paraId="6AE9AAAC" w14:textId="77777777" w:rsidR="008657A7" w:rsidRDefault="00000000">
      <w:pPr>
        <w:spacing w:after="40"/>
      </w:pPr>
      <w:r>
        <w:rPr>
          <w:b/>
        </w:rPr>
        <w:t>WYKONAWCA:</w:t>
      </w:r>
    </w:p>
    <w:p w14:paraId="214565EC" w14:textId="77777777" w:rsidR="008657A7" w:rsidRDefault="00000000">
      <w:pPr>
        <w:spacing w:after="40"/>
      </w:pPr>
      <w:r>
        <w:t>Pełna nazwa Wykonawcy: ........................................................................................................................</w:t>
      </w:r>
    </w:p>
    <w:p w14:paraId="7E63D5B0" w14:textId="77777777" w:rsidR="008657A7" w:rsidRDefault="00000000">
      <w:pPr>
        <w:spacing w:after="40"/>
      </w:pPr>
      <w:r>
        <w:t>Adres (ulica, nr budynku, kod pocztowy, miejscowość): ........................................................................</w:t>
      </w:r>
    </w:p>
    <w:p w14:paraId="5709C1AA" w14:textId="77777777" w:rsidR="008657A7" w:rsidRDefault="00000000">
      <w:pPr>
        <w:spacing w:after="40"/>
      </w:pPr>
      <w:r>
        <w:t>Województwo: ...........................................................................................................................................</w:t>
      </w:r>
    </w:p>
    <w:p w14:paraId="2C5772FF" w14:textId="77777777" w:rsidR="008657A7" w:rsidRDefault="00000000">
      <w:pPr>
        <w:spacing w:after="40"/>
      </w:pPr>
      <w:r>
        <w:t>Numer telefonu: .........................................................................................................................................</w:t>
      </w:r>
    </w:p>
    <w:p w14:paraId="31E36B1E" w14:textId="77777777" w:rsidR="008657A7" w:rsidRDefault="00000000">
      <w:pPr>
        <w:spacing w:after="40"/>
      </w:pPr>
      <w:r>
        <w:t>Adres e-mail: ..............................................................................................................................................</w:t>
      </w:r>
    </w:p>
    <w:p w14:paraId="7C912680" w14:textId="77777777" w:rsidR="008657A7" w:rsidRDefault="00000000">
      <w:pPr>
        <w:spacing w:after="40"/>
      </w:pPr>
      <w:r>
        <w:t>NIP/PESEL: .................................................................   REGON: ........................................................</w:t>
      </w:r>
    </w:p>
    <w:p w14:paraId="677EFD13" w14:textId="77777777" w:rsidR="008657A7" w:rsidRDefault="00000000">
      <w:pPr>
        <w:spacing w:after="40"/>
      </w:pPr>
      <w:r>
        <w:t>Numer KRS / informacja o CEIDG: .............................................................................................................</w:t>
      </w:r>
    </w:p>
    <w:p w14:paraId="0DBFB66B" w14:textId="77777777" w:rsidR="008657A7" w:rsidRDefault="00000000">
      <w:pPr>
        <w:spacing w:after="40"/>
      </w:pPr>
      <w:r>
        <w:t>Osoba upoważniona do podpisania umowy: ..............................................................................................</w:t>
      </w:r>
    </w:p>
    <w:p w14:paraId="0EC5EBA9" w14:textId="77777777" w:rsidR="008657A7" w:rsidRDefault="00000000">
      <w:pPr>
        <w:spacing w:after="140"/>
      </w:pPr>
      <w:r>
        <w:rPr>
          <w:b/>
        </w:rPr>
        <w:t xml:space="preserve">WSZELKĄ KORESPONDENCJĘ </w:t>
      </w:r>
      <w:r>
        <w:t>w sprawie postępowania należy kierować na adres: przetargi@wodkom.pl</w:t>
      </w:r>
    </w:p>
    <w:p w14:paraId="59EE5C21" w14:textId="77777777" w:rsidR="008657A7" w:rsidRDefault="00000000">
      <w:pPr>
        <w:spacing w:before="100" w:after="80"/>
        <w:jc w:val="center"/>
      </w:pPr>
      <w:r>
        <w:rPr>
          <w:b/>
        </w:rPr>
        <w:t>OFERTA</w:t>
      </w:r>
    </w:p>
    <w:p w14:paraId="28513E7F" w14:textId="77777777" w:rsidR="008657A7" w:rsidRDefault="00000000">
      <w:pPr>
        <w:spacing w:after="80"/>
      </w:pPr>
      <w:r>
        <w:t>W odpowiedzi na Zapytanie ofertowe nr 07/2026 oferuję wykonanie całego przedmiotu zamówienia za następujące wynagrodzenie ryczałtowe: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8657A7" w14:paraId="473196F2" w14:textId="77777777">
        <w:trPr>
          <w:tblHeader/>
          <w:jc w:val="center"/>
        </w:trPr>
        <w:tc>
          <w:tcPr>
            <w:tcW w:w="2493" w:type="dxa"/>
            <w:shd w:val="clear" w:color="auto" w:fill="D9EAF7"/>
            <w:vAlign w:val="center"/>
          </w:tcPr>
          <w:p w14:paraId="4FD7662D" w14:textId="77777777" w:rsidR="008657A7" w:rsidRDefault="00000000">
            <w:pPr>
              <w:jc w:val="center"/>
            </w:pPr>
            <w:r>
              <w:rPr>
                <w:b/>
              </w:rPr>
              <w:t>Zakres</w:t>
            </w:r>
          </w:p>
        </w:tc>
        <w:tc>
          <w:tcPr>
            <w:tcW w:w="2493" w:type="dxa"/>
            <w:shd w:val="clear" w:color="auto" w:fill="D9EAF7"/>
            <w:vAlign w:val="center"/>
          </w:tcPr>
          <w:p w14:paraId="1577B699" w14:textId="77777777" w:rsidR="008657A7" w:rsidRDefault="00000000">
            <w:pPr>
              <w:jc w:val="center"/>
            </w:pPr>
            <w:r>
              <w:rPr>
                <w:b/>
              </w:rPr>
              <w:t>Cena netto [zł]</w:t>
            </w:r>
          </w:p>
        </w:tc>
        <w:tc>
          <w:tcPr>
            <w:tcW w:w="2493" w:type="dxa"/>
            <w:shd w:val="clear" w:color="auto" w:fill="D9EAF7"/>
            <w:vAlign w:val="center"/>
          </w:tcPr>
          <w:p w14:paraId="2CA4D4CA" w14:textId="77777777" w:rsidR="008657A7" w:rsidRDefault="00000000">
            <w:pPr>
              <w:jc w:val="center"/>
            </w:pPr>
            <w:r>
              <w:rPr>
                <w:b/>
              </w:rPr>
              <w:t>VAT [% / zł]</w:t>
            </w:r>
          </w:p>
        </w:tc>
        <w:tc>
          <w:tcPr>
            <w:tcW w:w="2493" w:type="dxa"/>
            <w:shd w:val="clear" w:color="auto" w:fill="D9EAF7"/>
            <w:vAlign w:val="center"/>
          </w:tcPr>
          <w:p w14:paraId="4A840E9E" w14:textId="77777777" w:rsidR="008657A7" w:rsidRDefault="00000000">
            <w:pPr>
              <w:jc w:val="center"/>
            </w:pPr>
            <w:r>
              <w:rPr>
                <w:b/>
              </w:rPr>
              <w:t>Cena brutto [zł]</w:t>
            </w:r>
          </w:p>
        </w:tc>
      </w:tr>
      <w:tr w:rsidR="008657A7" w14:paraId="50AB5E56" w14:textId="77777777">
        <w:trPr>
          <w:jc w:val="center"/>
        </w:trPr>
        <w:tc>
          <w:tcPr>
            <w:tcW w:w="2493" w:type="dxa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547889B2" w14:textId="77777777" w:rsidR="008657A7" w:rsidRDefault="00000000">
            <w:r>
              <w:t>Przegląd, naprawa, montaż, uruchomienie i demontaż iluminacji świątecznej – cały zakres zamówienia</w:t>
            </w:r>
          </w:p>
        </w:tc>
        <w:tc>
          <w:tcPr>
            <w:tcW w:w="2493" w:type="dxa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2F474BF4" w14:textId="77777777" w:rsidR="008657A7" w:rsidRDefault="00000000">
            <w:r>
              <w:t>……………………</w:t>
            </w:r>
          </w:p>
        </w:tc>
        <w:tc>
          <w:tcPr>
            <w:tcW w:w="2493" w:type="dxa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5D39A4C2" w14:textId="77777777" w:rsidR="008657A7" w:rsidRDefault="00000000">
            <w:r>
              <w:t>……… / ……………………</w:t>
            </w:r>
          </w:p>
        </w:tc>
        <w:tc>
          <w:tcPr>
            <w:tcW w:w="2493" w:type="dxa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07728D82" w14:textId="77777777" w:rsidR="008657A7" w:rsidRDefault="00000000">
            <w:r>
              <w:t>……………………</w:t>
            </w:r>
          </w:p>
        </w:tc>
      </w:tr>
    </w:tbl>
    <w:p w14:paraId="594EE63A" w14:textId="77777777" w:rsidR="008657A7" w:rsidRDefault="00000000">
      <w:pPr>
        <w:spacing w:after="120"/>
      </w:pPr>
      <w:r>
        <w:t>Łączna cena brutto słownie: ............................................................................................................................</w:t>
      </w:r>
    </w:p>
    <w:p w14:paraId="42E328DF" w14:textId="77777777" w:rsidR="008657A7" w:rsidRDefault="00000000">
      <w:pPr>
        <w:spacing w:after="160"/>
      </w:pPr>
      <w:r>
        <w:rPr>
          <w:i/>
        </w:rPr>
        <w:t>Cena obejmuje wszystkie koszty wykonania zamówienia wskazane w Zapytaniu ofertowym, z wyjątkiem zaakceptowanych przez Zamawiającego kosztów części, materiałów i urządzeń zużytych do napraw, rozliczanych dodatkowo na zasadach określonych w dokumentacji postępowania.</w:t>
      </w:r>
    </w:p>
    <w:p w14:paraId="1FA3B8C6" w14:textId="77777777" w:rsidR="008657A7" w:rsidRDefault="00000000">
      <w:pPr>
        <w:spacing w:after="100"/>
        <w:jc w:val="center"/>
      </w:pPr>
      <w:r>
        <w:rPr>
          <w:b/>
        </w:rPr>
        <w:t>OŚWIADCZENIA WYKONAWCY</w:t>
      </w:r>
    </w:p>
    <w:p w14:paraId="66F43B86" w14:textId="77777777" w:rsidR="008657A7" w:rsidRDefault="00000000">
      <w:pPr>
        <w:ind w:hanging="283"/>
      </w:pPr>
      <w:r>
        <w:t>1. zapoznałem/am się i akceptuję w całości warunki zawarte w Zapytaniu ofertowym nr 07/2026 oraz projekcie umowy;</w:t>
      </w:r>
    </w:p>
    <w:p w14:paraId="429C7B57" w14:textId="77777777" w:rsidR="008657A7" w:rsidRDefault="00000000">
      <w:pPr>
        <w:ind w:hanging="283"/>
      </w:pPr>
      <w:r>
        <w:t>2. spełniam warunki udziału w postępowaniu określone w Zapytaniu ofertowym, w szczególności dysponuję personelem posiadającym wymagane uprawnienia elektryczne, szkolenia, badania i uprawnienia do wykonywania prac na wysokości oraz potencjałem technicznym niezbędnym do realizacji zamówienia;</w:t>
      </w:r>
    </w:p>
    <w:p w14:paraId="08349585" w14:textId="77777777" w:rsidR="008657A7" w:rsidRDefault="00000000">
      <w:pPr>
        <w:ind w:hanging="283"/>
      </w:pPr>
      <w:r>
        <w:t>3. posiadam wiedzę i doświadczenie niezbędne do prawidłowego wykonania przeglądu, naprawy, montażu i demontażu iluminacji świątecznej;</w:t>
      </w:r>
    </w:p>
    <w:p w14:paraId="6458CBC8" w14:textId="77777777" w:rsidR="008657A7" w:rsidRDefault="00000000">
      <w:pPr>
        <w:ind w:hanging="283"/>
      </w:pPr>
      <w:r>
        <w:t>4. uzyskałem/am wszystkie informacje niezbędne do prawidłowego przygotowania i złożenia oferty;</w:t>
      </w:r>
    </w:p>
    <w:p w14:paraId="3D8EA7E6" w14:textId="77777777" w:rsidR="008657A7" w:rsidRDefault="00000000">
      <w:pPr>
        <w:ind w:hanging="283"/>
      </w:pPr>
      <w:r>
        <w:t>5. w cenie oferty ujęto wszystkie koszty niezbędne do prawidłowego, kompletnego i terminowego wykonania przedmiotu zamówienia, zgodnie z zasadami określonymi w Zapytaniu ofertowym;</w:t>
      </w:r>
    </w:p>
    <w:p w14:paraId="24CC0024" w14:textId="77777777" w:rsidR="008657A7" w:rsidRDefault="00000000">
      <w:pPr>
        <w:ind w:hanging="283"/>
      </w:pPr>
      <w:r>
        <w:lastRenderedPageBreak/>
        <w:t>6. przyjmuję ryczałtowy charakter wynagrodzenia za zakres podstawowy i zobowiązuję się wykonać cały zakres zamówienia za cenę wskazaną w niniejszej ofercie, z zastrzeżeniem rozliczenia zaakceptowanych części, materiałów i urządzeń zużytych do napraw;</w:t>
      </w:r>
    </w:p>
    <w:p w14:paraId="412E39E6" w14:textId="77777777" w:rsidR="008657A7" w:rsidRDefault="00000000">
      <w:pPr>
        <w:ind w:hanging="283"/>
      </w:pPr>
      <w:r>
        <w:t>7. zobowiązuję się, w przypadku wyboru mojej oferty, do zawarcia umowy w miejscu i terminie wskazanym przez Zamawiającego, na warunkach zgodnych z Zapytaniem ofertowym, projektem umowy i niniejszą ofertą;</w:t>
      </w:r>
    </w:p>
    <w:p w14:paraId="256FF7B6" w14:textId="77777777" w:rsidR="008657A7" w:rsidRDefault="00000000">
      <w:pPr>
        <w:ind w:hanging="283"/>
      </w:pPr>
      <w:r>
        <w:t>8. uważam się związany/a niniejszą ofertą przez okres wskazany przez Zamawiającego w Zapytaniu ofertowym;</w:t>
      </w:r>
    </w:p>
    <w:p w14:paraId="537EBBB6" w14:textId="77777777" w:rsidR="008657A7" w:rsidRDefault="00000000">
      <w:pPr>
        <w:ind w:hanging="283"/>
      </w:pPr>
      <w:r>
        <w:t>9. oświadczam, że nie zachodzą wobec mnie przesłanki wykluczenia z postępowania na podstawie art. 7 ust. 1 ustawy z dnia 13 kwietnia 2022 r. o szczególnych rozwiązaniach w zakresie przeciwdziałania wspieraniu agresji na Ukrainę oraz służących ochronie bezpieczeństwa narodowego;</w:t>
      </w:r>
    </w:p>
    <w:p w14:paraId="3FF4109B" w14:textId="77777777" w:rsidR="008657A7" w:rsidRDefault="00000000">
      <w:pPr>
        <w:ind w:hanging="283"/>
      </w:pPr>
      <w:r>
        <w:t>10. oświadczam, że wypełniłem/am obowiązki informacyjne przewidziane w art. 13 lub art. 14 RODO wobec osób fizycznych, od których dane osobowe pozyskałem/am bezpośrednio lub pośrednio w celu ubiegania się o udzielenie niniejszego zamówienia; w przypadku gdy oświadczenie nie ma zastosowania, wpisuję „nie dotyczy”.</w:t>
      </w:r>
    </w:p>
    <w:p w14:paraId="112DDBD5" w14:textId="77777777" w:rsidR="008657A7" w:rsidRDefault="00000000">
      <w:pPr>
        <w:spacing w:before="120" w:after="40"/>
      </w:pPr>
      <w:r>
        <w:t>Osobą uprawnioną do merytorycznej współpracy i koordynacji realizacji zamówienia ze strony Wykonawcy jest:</w:t>
      </w:r>
    </w:p>
    <w:p w14:paraId="275745D5" w14:textId="77777777" w:rsidR="008657A7" w:rsidRDefault="00000000">
      <w:pPr>
        <w:spacing w:after="120"/>
      </w:pPr>
      <w:r>
        <w:t>Pan/Pani ...................................................................................., tel. ...................................................., e-mail: ....................................................................................</w:t>
      </w:r>
    </w:p>
    <w:p w14:paraId="5A1ED2D8" w14:textId="77777777" w:rsidR="008657A7" w:rsidRDefault="00000000">
      <w:pPr>
        <w:spacing w:after="200"/>
      </w:pPr>
      <w:r>
        <w:t>Wszystkie informacje podane w powyższych oświadczeniach są aktualne i zgodne z prawdą oraz zostały przedstawione ze świadomością konsekwencji podania informacji nieprawdziwych.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8657A7" w14:paraId="146BDED1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6B8B99D5" w14:textId="77777777" w:rsidR="008657A7" w:rsidRDefault="00000000">
            <w:pPr>
              <w:jc w:val="center"/>
            </w:pPr>
            <w:r>
              <w:t>………………………………</w:t>
            </w:r>
            <w:r>
              <w:br/>
              <w:t>(miejscowość, data)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659979C3" w14:textId="77777777" w:rsidR="008657A7" w:rsidRDefault="00000000">
            <w:pPr>
              <w:jc w:val="center"/>
            </w:pPr>
            <w:r>
              <w:t>………………………………</w:t>
            </w:r>
            <w:r>
              <w:br/>
              <w:t>(pieczęć firmowa – opcjonalnie)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4BE11192" w14:textId="77777777" w:rsidR="008657A7" w:rsidRDefault="00000000">
            <w:pPr>
              <w:jc w:val="center"/>
            </w:pPr>
            <w:r>
              <w:t>………………………………</w:t>
            </w:r>
            <w:r>
              <w:br/>
              <w:t>(podpis Wykonawcy)</w:t>
            </w:r>
          </w:p>
        </w:tc>
      </w:tr>
    </w:tbl>
    <w:p w14:paraId="094FA410" w14:textId="77777777" w:rsidR="004139B6" w:rsidRDefault="004139B6"/>
    <w:sectPr w:rsidR="004139B6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432118">
    <w:abstractNumId w:val="8"/>
  </w:num>
  <w:num w:numId="2" w16cid:durableId="611788315">
    <w:abstractNumId w:val="6"/>
  </w:num>
  <w:num w:numId="3" w16cid:durableId="1132331980">
    <w:abstractNumId w:val="5"/>
  </w:num>
  <w:num w:numId="4" w16cid:durableId="1247425732">
    <w:abstractNumId w:val="4"/>
  </w:num>
  <w:num w:numId="5" w16cid:durableId="913197268">
    <w:abstractNumId w:val="7"/>
  </w:num>
  <w:num w:numId="6" w16cid:durableId="1549679137">
    <w:abstractNumId w:val="3"/>
  </w:num>
  <w:num w:numId="7" w16cid:durableId="749083399">
    <w:abstractNumId w:val="2"/>
  </w:num>
  <w:num w:numId="8" w16cid:durableId="466319154">
    <w:abstractNumId w:val="1"/>
  </w:num>
  <w:num w:numId="9" w16cid:durableId="209804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4FA"/>
    <w:rsid w:val="0015074B"/>
    <w:rsid w:val="00161F9A"/>
    <w:rsid w:val="00245D3E"/>
    <w:rsid w:val="00272AFA"/>
    <w:rsid w:val="0029639D"/>
    <w:rsid w:val="00326F90"/>
    <w:rsid w:val="004139B6"/>
    <w:rsid w:val="005F715A"/>
    <w:rsid w:val="008657A7"/>
    <w:rsid w:val="00AA1D8D"/>
    <w:rsid w:val="00AF1F5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233CA1"/>
  <w14:defaultImageDpi w14:val="300"/>
  <w15:docId w15:val="{20C05B31-1E4D-46F5-9161-E71C737D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40" w:lineRule="auto"/>
    </w:pPr>
    <w:rPr>
      <w:rFonts w:ascii="Arial Narrow" w:eastAsia="Arial Narrow" w:hAnsi="Arial Narrow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rPr>
      <w:rFonts w:ascii="Arial Narrow" w:eastAsia="Arial Narrow" w:hAnsi="Arial Narrow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>generated by python-docx</dc:description>
  <cp:lastModifiedBy>Marta Gaik</cp:lastModifiedBy>
  <cp:revision>2</cp:revision>
  <dcterms:created xsi:type="dcterms:W3CDTF">2026-08-15T11:31:00Z</dcterms:created>
  <dcterms:modified xsi:type="dcterms:W3CDTF">2026-08-15T11:31:00Z</dcterms:modified>
  <cp:category/>
</cp:coreProperties>
</file>