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C531F6" w14:textId="77777777" w:rsidR="005F715A" w:rsidRPr="00161F9A" w:rsidRDefault="00000000">
      <w:pPr>
        <w:spacing w:after="0"/>
      </w:pPr>
      <w:r w:rsidRPr="00161F9A">
        <w:rPr>
          <w:noProof/>
        </w:rPr>
        <w:drawing>
          <wp:inline distT="0" distB="0" distL="0" distR="0" wp14:anchorId="0B0B3840" wp14:editId="4879964A">
            <wp:extent cx="1260000" cy="29232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260000" cy="292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1A749F" w14:textId="77777777" w:rsidR="00E90790" w:rsidRDefault="00000000">
      <w:pPr>
        <w:spacing w:after="120"/>
        <w:jc w:val="right"/>
      </w:pPr>
      <w:r>
        <w:t>Załącznik nr 1 do Zapytania ofertowego nr 08/2026</w:t>
      </w:r>
    </w:p>
    <w:p w14:paraId="6AF8D1D3" w14:textId="77777777" w:rsidR="00E90790" w:rsidRDefault="00000000">
      <w:pPr>
        <w:jc w:val="center"/>
      </w:pPr>
      <w:r>
        <w:rPr>
          <w:b/>
        </w:rPr>
        <w:t>OFERTA</w:t>
      </w:r>
    </w:p>
    <w:p w14:paraId="6696723A" w14:textId="77777777" w:rsidR="00E90790" w:rsidRDefault="00000000">
      <w:pPr>
        <w:spacing w:after="160"/>
        <w:jc w:val="center"/>
      </w:pPr>
      <w:r>
        <w:rPr>
          <w:b/>
        </w:rPr>
        <w:t>na zapytanie ofertowe pn. „Wykonanie kompleksowego audytu przeciwpożarowego siedziby Zamawiającego przy ul. Poznańskiej 71c w Kórniku” (zapytanie ofertowe nr 08/2026)</w:t>
      </w:r>
    </w:p>
    <w:p w14:paraId="34A90E89" w14:textId="77777777" w:rsidR="00E90790" w:rsidRDefault="00000000">
      <w:pPr>
        <w:spacing w:after="0"/>
      </w:pPr>
      <w:r>
        <w:rPr>
          <w:b/>
        </w:rPr>
        <w:t>ZAMAWIAJĄCY:</w:t>
      </w:r>
    </w:p>
    <w:p w14:paraId="549F7416" w14:textId="77777777" w:rsidR="00E90790" w:rsidRDefault="00000000">
      <w:pPr>
        <w:spacing w:after="0"/>
      </w:pPr>
      <w:r>
        <w:t>Wodociągi Kórnickie i Usługi Komunalne WODKOM Kórnik Spółka z o.o.</w:t>
      </w:r>
    </w:p>
    <w:p w14:paraId="0435536D" w14:textId="77777777" w:rsidR="00E90790" w:rsidRDefault="00000000">
      <w:pPr>
        <w:spacing w:after="120"/>
      </w:pPr>
      <w:r>
        <w:t>ul. Poznańska 71c, 62-035 Kórnik</w:t>
      </w:r>
    </w:p>
    <w:p w14:paraId="0CCE3180" w14:textId="77777777" w:rsidR="00E90790" w:rsidRDefault="00000000">
      <w:r>
        <w:rPr>
          <w:b/>
        </w:rPr>
        <w:t>WYKONAWCA:</w:t>
      </w:r>
    </w:p>
    <w:p w14:paraId="5D4DB81E" w14:textId="77777777" w:rsidR="00E90790" w:rsidRDefault="00000000">
      <w:pPr>
        <w:spacing w:after="40"/>
      </w:pPr>
      <w:r>
        <w:t>Pełna nazwa Wykonawcy: ........................................................................................................................</w:t>
      </w:r>
    </w:p>
    <w:p w14:paraId="099D2EB8" w14:textId="77777777" w:rsidR="00E90790" w:rsidRDefault="00000000">
      <w:pPr>
        <w:spacing w:after="40"/>
      </w:pPr>
      <w:r>
        <w:t>Adres (ulica, nr budynku, kod pocztowy, miejscowość): ........................................................................</w:t>
      </w:r>
    </w:p>
    <w:p w14:paraId="6E15F7D2" w14:textId="77777777" w:rsidR="00E90790" w:rsidRDefault="00000000">
      <w:pPr>
        <w:spacing w:after="40"/>
      </w:pPr>
      <w:r>
        <w:t>Województwo: ...........................................................................................................................................</w:t>
      </w:r>
    </w:p>
    <w:p w14:paraId="5BD12F38" w14:textId="77777777" w:rsidR="00E90790" w:rsidRDefault="00000000">
      <w:pPr>
        <w:spacing w:after="40"/>
      </w:pPr>
      <w:r>
        <w:t>Numer telefonu: .........................................................................................................................................</w:t>
      </w:r>
    </w:p>
    <w:p w14:paraId="030D61F9" w14:textId="77777777" w:rsidR="00E90790" w:rsidRDefault="00000000">
      <w:pPr>
        <w:spacing w:after="40"/>
      </w:pPr>
      <w:r>
        <w:t>Adres e-mail: ..............................................................................................................................................</w:t>
      </w:r>
    </w:p>
    <w:p w14:paraId="33742CC7" w14:textId="77777777" w:rsidR="00E90790" w:rsidRDefault="00000000">
      <w:pPr>
        <w:spacing w:after="40"/>
      </w:pPr>
      <w:r>
        <w:t>NIP/PESEL: .................................................................   REGON: ........................................................</w:t>
      </w:r>
    </w:p>
    <w:p w14:paraId="0AE6A54A" w14:textId="77777777" w:rsidR="00E90790" w:rsidRDefault="00000000">
      <w:pPr>
        <w:spacing w:after="40"/>
      </w:pPr>
      <w:r>
        <w:t>Numer KRS / informacja o CEIDG: .............................................................................................................</w:t>
      </w:r>
    </w:p>
    <w:p w14:paraId="4D5FCDF1" w14:textId="77777777" w:rsidR="00E90790" w:rsidRDefault="00000000">
      <w:pPr>
        <w:spacing w:after="40"/>
      </w:pPr>
      <w:r>
        <w:t>Osoba upoważniona do podpisania umowy: ..............................................................................................</w:t>
      </w:r>
    </w:p>
    <w:p w14:paraId="6F6C6A05" w14:textId="77777777" w:rsidR="00E90790" w:rsidRDefault="00000000">
      <w:pPr>
        <w:spacing w:after="140"/>
      </w:pPr>
      <w:r>
        <w:rPr>
          <w:b/>
        </w:rPr>
        <w:t xml:space="preserve">WSZELKĄ KORESPONDENCJĘ </w:t>
      </w:r>
      <w:r>
        <w:t>w sprawie postępowania należy kierować na adres: przetargi@wodkom.pl</w:t>
      </w:r>
    </w:p>
    <w:p w14:paraId="2D2C28FF" w14:textId="77777777" w:rsidR="00E90790" w:rsidRDefault="00000000">
      <w:pPr>
        <w:spacing w:after="80"/>
        <w:jc w:val="center"/>
      </w:pPr>
      <w:r>
        <w:rPr>
          <w:b/>
        </w:rPr>
        <w:t>OFERTA</w:t>
      </w:r>
    </w:p>
    <w:p w14:paraId="122D76C3" w14:textId="77777777" w:rsidR="00E90790" w:rsidRDefault="00000000">
      <w:r>
        <w:t>W odpowiedzi na Zapytanie ofertowe nr 08/2026 oferuję wykonanie całego przedmiotu zamówienia za następujące wynagrodzenie ryczałtowe:</w:t>
      </w: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2489"/>
        <w:gridCol w:w="2491"/>
        <w:gridCol w:w="2491"/>
        <w:gridCol w:w="2491"/>
      </w:tblGrid>
      <w:tr w:rsidR="00E90790" w14:paraId="74FC83F0" w14:textId="77777777">
        <w:trPr>
          <w:jc w:val="center"/>
        </w:trPr>
        <w:tc>
          <w:tcPr>
            <w:tcW w:w="2493" w:type="dxa"/>
            <w:shd w:val="clear" w:color="auto" w:fill="D9EAF7"/>
          </w:tcPr>
          <w:p w14:paraId="7531CC30" w14:textId="77777777" w:rsidR="00E90790" w:rsidRDefault="00000000">
            <w:pPr>
              <w:jc w:val="center"/>
            </w:pPr>
            <w:r>
              <w:rPr>
                <w:b/>
              </w:rPr>
              <w:t>Zakres</w:t>
            </w:r>
          </w:p>
        </w:tc>
        <w:tc>
          <w:tcPr>
            <w:tcW w:w="2493" w:type="dxa"/>
            <w:shd w:val="clear" w:color="auto" w:fill="D9EAF7"/>
          </w:tcPr>
          <w:p w14:paraId="127333DE" w14:textId="77777777" w:rsidR="00E90790" w:rsidRDefault="00000000">
            <w:pPr>
              <w:jc w:val="center"/>
            </w:pPr>
            <w:r>
              <w:rPr>
                <w:b/>
              </w:rPr>
              <w:t>Cena netto [zł]</w:t>
            </w:r>
          </w:p>
        </w:tc>
        <w:tc>
          <w:tcPr>
            <w:tcW w:w="2493" w:type="dxa"/>
            <w:shd w:val="clear" w:color="auto" w:fill="D9EAF7"/>
          </w:tcPr>
          <w:p w14:paraId="68998AD0" w14:textId="77777777" w:rsidR="00E90790" w:rsidRDefault="00000000">
            <w:pPr>
              <w:jc w:val="center"/>
            </w:pPr>
            <w:r>
              <w:rPr>
                <w:b/>
              </w:rPr>
              <w:t>VAT [% / zł]</w:t>
            </w:r>
          </w:p>
        </w:tc>
        <w:tc>
          <w:tcPr>
            <w:tcW w:w="2493" w:type="dxa"/>
            <w:shd w:val="clear" w:color="auto" w:fill="D9EAF7"/>
          </w:tcPr>
          <w:p w14:paraId="656F2C1F" w14:textId="77777777" w:rsidR="00E90790" w:rsidRDefault="00000000">
            <w:pPr>
              <w:jc w:val="center"/>
            </w:pPr>
            <w:r>
              <w:rPr>
                <w:b/>
              </w:rPr>
              <w:t>Cena brutto [zł]</w:t>
            </w:r>
          </w:p>
        </w:tc>
      </w:tr>
      <w:tr w:rsidR="00E90790" w14:paraId="3A4FDB09" w14:textId="77777777">
        <w:trPr>
          <w:jc w:val="center"/>
        </w:trPr>
        <w:tc>
          <w:tcPr>
            <w:tcW w:w="2493" w:type="dxa"/>
          </w:tcPr>
          <w:p w14:paraId="165E96DC" w14:textId="77777777" w:rsidR="00E90790" w:rsidRDefault="00000000">
            <w:r>
              <w:t>Kompleksowy audyt przeciwpożarowy siedziby Zamawiającego przy ul. Poznańskiej 71c w Kórniku</w:t>
            </w:r>
          </w:p>
        </w:tc>
        <w:tc>
          <w:tcPr>
            <w:tcW w:w="2493" w:type="dxa"/>
          </w:tcPr>
          <w:p w14:paraId="45CE3563" w14:textId="77777777" w:rsidR="00E90790" w:rsidRDefault="00000000">
            <w:r>
              <w:t>……………………</w:t>
            </w:r>
          </w:p>
        </w:tc>
        <w:tc>
          <w:tcPr>
            <w:tcW w:w="2493" w:type="dxa"/>
          </w:tcPr>
          <w:p w14:paraId="12E2EB0A" w14:textId="77777777" w:rsidR="00E90790" w:rsidRDefault="00000000">
            <w:r>
              <w:t>……… / ……………………</w:t>
            </w:r>
          </w:p>
        </w:tc>
        <w:tc>
          <w:tcPr>
            <w:tcW w:w="2493" w:type="dxa"/>
          </w:tcPr>
          <w:p w14:paraId="265F8A78" w14:textId="77777777" w:rsidR="00E90790" w:rsidRDefault="00000000">
            <w:r>
              <w:t>……………………</w:t>
            </w:r>
          </w:p>
        </w:tc>
      </w:tr>
    </w:tbl>
    <w:p w14:paraId="2492C003" w14:textId="77777777" w:rsidR="00E90790" w:rsidRDefault="00000000">
      <w:pPr>
        <w:spacing w:after="140"/>
      </w:pPr>
      <w:r>
        <w:t>Łączna cena brutto słownie: ............................................................................................................................</w:t>
      </w:r>
    </w:p>
    <w:p w14:paraId="2CDD0177" w14:textId="77777777" w:rsidR="00E90790" w:rsidRDefault="00000000">
      <w:pPr>
        <w:spacing w:after="80"/>
        <w:jc w:val="center"/>
      </w:pPr>
      <w:r>
        <w:rPr>
          <w:b/>
        </w:rPr>
        <w:t>OŚWIADCZENIA WYKONAWCY</w:t>
      </w:r>
    </w:p>
    <w:p w14:paraId="358E0BEC" w14:textId="77777777" w:rsidR="00E90790" w:rsidRDefault="00000000">
      <w:pPr>
        <w:ind w:left="283" w:hanging="283"/>
      </w:pPr>
      <w:r>
        <w:t>1. zapoznałem/am się i akceptuję w całości warunki zawarte w Zapytaniu ofertowym nr 08/2026 oraz projekcie umowy;</w:t>
      </w:r>
    </w:p>
    <w:p w14:paraId="256C2079" w14:textId="77777777" w:rsidR="00E90790" w:rsidRDefault="00000000">
      <w:pPr>
        <w:ind w:left="283" w:hanging="283"/>
      </w:pPr>
      <w:r>
        <w:t>2. spełniam warunki udziału w postępowaniu określone w Zapytaniu ofertowym;</w:t>
      </w:r>
    </w:p>
    <w:p w14:paraId="40267D3A" w14:textId="77777777" w:rsidR="00E90790" w:rsidRDefault="00000000">
      <w:pPr>
        <w:ind w:left="283" w:hanging="283"/>
      </w:pPr>
      <w:r>
        <w:t>3. posiadam wiedzę i doświadczenie niezbędne do prawidłowego wykonania kompleksowego audytu przeciwpożarowego;</w:t>
      </w:r>
    </w:p>
    <w:p w14:paraId="1F9EE78C" w14:textId="77777777" w:rsidR="00E90790" w:rsidRDefault="00000000">
      <w:pPr>
        <w:ind w:left="283" w:hanging="283"/>
      </w:pPr>
      <w:r>
        <w:t>4. do realizacji zamówienia skieruję osobę/osoby posiadające aktualne kwalifikacje do wykonywania czynności z zakresu ochrony przeciwpożarowej, odpowiednie do zakresu zamówienia, zgodnie z art. 4 ustawy o ochronie przeciwpożarowej;</w:t>
      </w:r>
    </w:p>
    <w:p w14:paraId="2E25B8A8" w14:textId="77777777" w:rsidR="00E90790" w:rsidRDefault="00000000">
      <w:pPr>
        <w:ind w:left="283" w:hanging="283"/>
      </w:pPr>
      <w:r>
        <w:t>5. uzyskałem/am wszystkie informacje niezbędne do prawidłowego przygotowania i złożenia oferty;</w:t>
      </w:r>
    </w:p>
    <w:p w14:paraId="7829D3DA" w14:textId="77777777" w:rsidR="00E90790" w:rsidRDefault="00000000">
      <w:pPr>
        <w:ind w:left="283" w:hanging="283"/>
      </w:pPr>
      <w:r>
        <w:t>6. w cenie oferty ujęto wszystkie koszty niezbędne do prawidłowego, kompletnego i terminowego wykonania przedmiotu zamówienia, w tym oględziny, analizę dokumentacji, dojazd, opracowanie raportu wraz z dokumentacją fotograficzną oraz omówienie wyników audytu;</w:t>
      </w:r>
    </w:p>
    <w:p w14:paraId="77B155B1" w14:textId="77777777" w:rsidR="00E90790" w:rsidRDefault="00000000">
      <w:pPr>
        <w:ind w:left="283" w:hanging="283"/>
      </w:pPr>
      <w:r>
        <w:t>7. zobowiązuję się wykonać i przekazać kompletny przedmiot zamówienia do dnia 15.09.2026 r.;</w:t>
      </w:r>
    </w:p>
    <w:p w14:paraId="69315F1C" w14:textId="77777777" w:rsidR="00E90790" w:rsidRDefault="00000000">
      <w:pPr>
        <w:ind w:left="283" w:hanging="283"/>
      </w:pPr>
      <w:r>
        <w:lastRenderedPageBreak/>
        <w:t>8. zobowiązuję się, w przypadku wyboru mojej oferty, do zawarcia umowy w miejscu i terminie wskazanym przez Zamawiającego, na warunkach zgodnych z Zapytaniem ofertowym, projektem umowy i niniejszą ofertą;</w:t>
      </w:r>
    </w:p>
    <w:p w14:paraId="261AA019" w14:textId="77777777" w:rsidR="00E90790" w:rsidRDefault="00000000">
      <w:pPr>
        <w:ind w:left="283" w:hanging="283"/>
      </w:pPr>
      <w:r>
        <w:t>9. uważam się związany/a niniejszą ofertą przez okres wskazany przez Zamawiającego w Zapytaniu ofertowym;</w:t>
      </w:r>
    </w:p>
    <w:p w14:paraId="667C9A46" w14:textId="77777777" w:rsidR="00E90790" w:rsidRDefault="00000000">
      <w:pPr>
        <w:ind w:left="283" w:hanging="283"/>
      </w:pPr>
      <w:r>
        <w:t>10. oświadczam, że nie zachodzą wobec mnie przesłanki wykluczenia z postępowania na podstawie art. 7 ust. 1 ustawy z dnia 13 kwietnia 2022 r. o szczególnych rozwiązaniach w zakresie przeciwdziałania wspieraniu agresji na Ukrainę oraz służących ochronie bezpieczeństwa narodowego;</w:t>
      </w:r>
    </w:p>
    <w:p w14:paraId="55375C4D" w14:textId="77777777" w:rsidR="00E90790" w:rsidRDefault="00000000">
      <w:pPr>
        <w:ind w:left="283" w:hanging="283"/>
      </w:pPr>
      <w:r>
        <w:t>11. oświadczam, że wypełniłem/am obowiązki informacyjne przewidziane w art. 13 lub art. 14 RODO wobec osób fizycznych, od których dane osobowe pozyskałem/am bezpośrednio lub pośrednio w celu ubiegania się o udzielenie niniejszego zamówienia; w przypadku gdy oświadczenie nie ma zastosowania, wpisuję „nie dotyczy”.</w:t>
      </w:r>
    </w:p>
    <w:p w14:paraId="47DCCCE4" w14:textId="77777777" w:rsidR="00E90790" w:rsidRDefault="00000000">
      <w:pPr>
        <w:spacing w:before="100"/>
      </w:pPr>
      <w:r>
        <w:rPr>
          <w:b/>
        </w:rPr>
        <w:t>Osoba skierowana do wykonania audytu:</w:t>
      </w:r>
    </w:p>
    <w:p w14:paraId="7CAD1546" w14:textId="77777777" w:rsidR="00E90790" w:rsidRDefault="00000000">
      <w:r>
        <w:t>Imię i nazwisko: ...............................................................................................................................................</w:t>
      </w:r>
    </w:p>
    <w:p w14:paraId="17162574" w14:textId="77777777" w:rsidR="00E90790" w:rsidRDefault="00000000">
      <w:r>
        <w:t>Posiadane kwalifikacje/uprawnienia: ................................................................................................................</w:t>
      </w:r>
    </w:p>
    <w:p w14:paraId="47A792E8" w14:textId="77777777" w:rsidR="00E90790" w:rsidRDefault="00000000">
      <w:r>
        <w:t>Numer i data dokumentu potwierdzającego kwalifikacje: ................................................................................</w:t>
      </w:r>
    </w:p>
    <w:p w14:paraId="02BB97DD" w14:textId="77777777" w:rsidR="00E90790" w:rsidRDefault="00000000">
      <w:pPr>
        <w:spacing w:after="120"/>
      </w:pPr>
      <w:r>
        <w:t>Do oferty załączam dokument lub oświadczenie potwierdzające ww. kwalifikacje.</w:t>
      </w:r>
    </w:p>
    <w:p w14:paraId="71BDBAFF" w14:textId="77777777" w:rsidR="00E90790" w:rsidRDefault="00000000">
      <w:r>
        <w:t>Osobą uprawnioną do merytorycznej współpracy i koordynacji realizacji zamówienia ze strony Wykonawcy jest:</w:t>
      </w:r>
    </w:p>
    <w:p w14:paraId="16BBADF2" w14:textId="77777777" w:rsidR="00E90790" w:rsidRDefault="00000000">
      <w:pPr>
        <w:spacing w:after="120"/>
      </w:pPr>
      <w:r>
        <w:t>Pan/Pani ...................................................................................., tel. ...................................................., e-mail: ....................................................................................</w:t>
      </w:r>
    </w:p>
    <w:p w14:paraId="390CD749" w14:textId="77777777" w:rsidR="00E90790" w:rsidRDefault="00000000">
      <w:pPr>
        <w:spacing w:after="200"/>
      </w:pPr>
      <w:r>
        <w:t>Wszystkie informacje podane w powyższych oświadczeniach są aktualne i zgodne z prawdą oraz zostały przedstawione ze świadomością konsekwencji podania informacji nieprawdziwych.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3324"/>
        <w:gridCol w:w="3324"/>
        <w:gridCol w:w="3324"/>
      </w:tblGrid>
      <w:tr w:rsidR="00E90790" w14:paraId="5BF01249" w14:textId="77777777">
        <w:trPr>
          <w:jc w:val="center"/>
        </w:trPr>
        <w:tc>
          <w:tcPr>
            <w:tcW w:w="3324" w:type="dxa"/>
            <w:tcBorders>
              <w:top w:val="nil"/>
              <w:left w:val="nil"/>
              <w:bottom w:val="nil"/>
              <w:right w:val="nil"/>
            </w:tcBorders>
          </w:tcPr>
          <w:p w14:paraId="3CABD21A" w14:textId="77777777" w:rsidR="00E90790" w:rsidRDefault="00000000">
            <w:pPr>
              <w:jc w:val="center"/>
            </w:pPr>
            <w:r>
              <w:t>………………………………</w:t>
            </w:r>
            <w:r>
              <w:br/>
              <w:t>(miejscowość, data)</w:t>
            </w:r>
          </w:p>
        </w:tc>
        <w:tc>
          <w:tcPr>
            <w:tcW w:w="3324" w:type="dxa"/>
            <w:tcBorders>
              <w:top w:val="nil"/>
              <w:left w:val="nil"/>
              <w:bottom w:val="nil"/>
              <w:right w:val="nil"/>
            </w:tcBorders>
          </w:tcPr>
          <w:p w14:paraId="26A80D55" w14:textId="77777777" w:rsidR="00E90790" w:rsidRDefault="00000000">
            <w:pPr>
              <w:jc w:val="center"/>
            </w:pPr>
            <w:r>
              <w:t>………………………………</w:t>
            </w:r>
            <w:r>
              <w:br/>
              <w:t>(pieczęć firmowa - opcjonalnie)</w:t>
            </w:r>
          </w:p>
        </w:tc>
        <w:tc>
          <w:tcPr>
            <w:tcW w:w="3324" w:type="dxa"/>
            <w:tcBorders>
              <w:top w:val="nil"/>
              <w:left w:val="nil"/>
              <w:bottom w:val="nil"/>
              <w:right w:val="nil"/>
            </w:tcBorders>
          </w:tcPr>
          <w:p w14:paraId="18144036" w14:textId="77777777" w:rsidR="00E90790" w:rsidRDefault="00000000">
            <w:pPr>
              <w:jc w:val="center"/>
            </w:pPr>
            <w:r>
              <w:t>………………………………</w:t>
            </w:r>
            <w:r>
              <w:br/>
              <w:t>(podpis Wykonawcy)</w:t>
            </w:r>
          </w:p>
        </w:tc>
      </w:tr>
    </w:tbl>
    <w:p w14:paraId="23FA5CFA" w14:textId="77777777" w:rsidR="000307C7" w:rsidRDefault="000307C7"/>
    <w:sectPr w:rsidR="000307C7" w:rsidSect="00034616">
      <w:pgSz w:w="12240" w:h="15840"/>
      <w:pgMar w:top="907" w:right="1134" w:bottom="90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numerowan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numerowan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punktowana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punktowana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861432118">
    <w:abstractNumId w:val="8"/>
  </w:num>
  <w:num w:numId="2" w16cid:durableId="611788315">
    <w:abstractNumId w:val="6"/>
  </w:num>
  <w:num w:numId="3" w16cid:durableId="1132331980">
    <w:abstractNumId w:val="5"/>
  </w:num>
  <w:num w:numId="4" w16cid:durableId="1247425732">
    <w:abstractNumId w:val="4"/>
  </w:num>
  <w:num w:numId="5" w16cid:durableId="913197268">
    <w:abstractNumId w:val="7"/>
  </w:num>
  <w:num w:numId="6" w16cid:durableId="1549679137">
    <w:abstractNumId w:val="3"/>
  </w:num>
  <w:num w:numId="7" w16cid:durableId="749083399">
    <w:abstractNumId w:val="2"/>
  </w:num>
  <w:num w:numId="8" w16cid:durableId="466319154">
    <w:abstractNumId w:val="1"/>
  </w:num>
  <w:num w:numId="9" w16cid:durableId="2098040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07C7"/>
    <w:rsid w:val="00034616"/>
    <w:rsid w:val="0006063C"/>
    <w:rsid w:val="000A64FA"/>
    <w:rsid w:val="0015074B"/>
    <w:rsid w:val="00161F9A"/>
    <w:rsid w:val="0029639D"/>
    <w:rsid w:val="00326F90"/>
    <w:rsid w:val="00456FB8"/>
    <w:rsid w:val="005F715A"/>
    <w:rsid w:val="00AA1D8D"/>
    <w:rsid w:val="00AF1F5E"/>
    <w:rsid w:val="00B068E0"/>
    <w:rsid w:val="00B47730"/>
    <w:rsid w:val="00CB0664"/>
    <w:rsid w:val="00E90790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B64F13F"/>
  <w14:defaultImageDpi w14:val="300"/>
  <w15:docId w15:val="{20C05B31-1E4D-46F5-9161-E71C737DAC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C693F"/>
    <w:pPr>
      <w:spacing w:after="60" w:line="240" w:lineRule="auto"/>
    </w:pPr>
    <w:rPr>
      <w:rFonts w:ascii="Arial Narrow" w:eastAsia="Arial Narrow" w:hAnsi="Arial Narrow"/>
      <w:sz w:val="24"/>
      <w:lang w:val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618BF"/>
    <w:pPr>
      <w:tabs>
        <w:tab w:val="center" w:pos="4680"/>
        <w:tab w:val="right" w:pos="9360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E618BF"/>
  </w:style>
  <w:style w:type="paragraph" w:styleId="Stopka">
    <w:name w:val="footer"/>
    <w:basedOn w:val="Normalny"/>
    <w:link w:val="StopkaZnak"/>
    <w:uiPriority w:val="99"/>
    <w:unhideWhenUsed/>
    <w:rsid w:val="00E618BF"/>
    <w:pPr>
      <w:tabs>
        <w:tab w:val="center" w:pos="4680"/>
        <w:tab w:val="right" w:pos="9360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E618BF"/>
  </w:style>
  <w:style w:type="paragraph" w:styleId="Bezodstpw">
    <w:name w:val="No Spacing"/>
    <w:uiPriority w:val="1"/>
    <w:qFormat/>
    <w:rsid w:val="00FC693F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ytu">
    <w:name w:val="Title"/>
    <w:basedOn w:val="Normalny"/>
    <w:next w:val="Normalny"/>
    <w:link w:val="TytuZnak"/>
    <w:uiPriority w:val="10"/>
    <w:qFormat/>
    <w:rsid w:val="00FC693F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kapitzlist">
    <w:name w:val="List Paragraph"/>
    <w:basedOn w:val="Normalny"/>
    <w:uiPriority w:val="34"/>
    <w:qFormat/>
    <w:rsid w:val="00FC693F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unhideWhenUsed/>
    <w:rsid w:val="00AA1D8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A1D8D"/>
  </w:style>
  <w:style w:type="paragraph" w:styleId="Tekstpodstawowy2">
    <w:name w:val="Body Text 2"/>
    <w:basedOn w:val="Normalny"/>
    <w:link w:val="Tekstpodstawowy2Znak"/>
    <w:uiPriority w:val="99"/>
    <w:unhideWhenUsed/>
    <w:rsid w:val="00AA1D8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AA1D8D"/>
  </w:style>
  <w:style w:type="paragraph" w:styleId="Tekstpodstawowy3">
    <w:name w:val="Body Text 3"/>
    <w:basedOn w:val="Normalny"/>
    <w:link w:val="Tekstpodstawowy3Znak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AA1D8D"/>
    <w:rPr>
      <w:sz w:val="16"/>
      <w:szCs w:val="16"/>
    </w:rPr>
  </w:style>
  <w:style w:type="paragraph" w:styleId="Lista">
    <w:name w:val="List"/>
    <w:basedOn w:val="Normalny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ny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ny"/>
    <w:uiPriority w:val="99"/>
    <w:unhideWhenUsed/>
    <w:rsid w:val="00326F90"/>
    <w:pPr>
      <w:ind w:left="1080" w:hanging="360"/>
      <w:contextualSpacing/>
    </w:pPr>
  </w:style>
  <w:style w:type="paragraph" w:styleId="Listapunktowana">
    <w:name w:val="List Bullet"/>
    <w:basedOn w:val="Normalny"/>
    <w:uiPriority w:val="99"/>
    <w:unhideWhenUsed/>
    <w:rsid w:val="00326F90"/>
    <w:pPr>
      <w:numPr>
        <w:numId w:val="1"/>
      </w:numPr>
      <w:contextualSpacing/>
    </w:pPr>
  </w:style>
  <w:style w:type="paragraph" w:styleId="Listapunktowana2">
    <w:name w:val="List Bullet 2"/>
    <w:basedOn w:val="Normalny"/>
    <w:uiPriority w:val="99"/>
    <w:unhideWhenUsed/>
    <w:rsid w:val="00326F90"/>
    <w:pPr>
      <w:numPr>
        <w:numId w:val="2"/>
      </w:numPr>
      <w:contextualSpacing/>
    </w:pPr>
  </w:style>
  <w:style w:type="paragraph" w:styleId="Listapunktowana3">
    <w:name w:val="List Bullet 3"/>
    <w:basedOn w:val="Normalny"/>
    <w:uiPriority w:val="99"/>
    <w:unhideWhenUsed/>
    <w:rsid w:val="00326F90"/>
    <w:pPr>
      <w:numPr>
        <w:numId w:val="3"/>
      </w:numPr>
      <w:contextualSpacing/>
    </w:pPr>
  </w:style>
  <w:style w:type="paragraph" w:styleId="Listanumerowana">
    <w:name w:val="List Number"/>
    <w:basedOn w:val="Normalny"/>
    <w:uiPriority w:val="99"/>
    <w:unhideWhenUsed/>
    <w:rsid w:val="00326F90"/>
    <w:pPr>
      <w:numPr>
        <w:numId w:val="5"/>
      </w:numPr>
      <w:contextualSpacing/>
    </w:pPr>
  </w:style>
  <w:style w:type="paragraph" w:styleId="Listanumerowana2">
    <w:name w:val="List Number 2"/>
    <w:basedOn w:val="Normalny"/>
    <w:uiPriority w:val="99"/>
    <w:unhideWhenUsed/>
    <w:rsid w:val="0029639D"/>
    <w:pPr>
      <w:numPr>
        <w:numId w:val="6"/>
      </w:numPr>
      <w:contextualSpacing/>
    </w:pPr>
  </w:style>
  <w:style w:type="paragraph" w:styleId="Listanumerowana3">
    <w:name w:val="List Number 3"/>
    <w:basedOn w:val="Normalny"/>
    <w:uiPriority w:val="99"/>
    <w:unhideWhenUsed/>
    <w:rsid w:val="0029639D"/>
    <w:pPr>
      <w:numPr>
        <w:numId w:val="7"/>
      </w:numPr>
      <w:contextualSpacing/>
    </w:pPr>
  </w:style>
  <w:style w:type="paragraph" w:styleId="Lista-kontynuacja">
    <w:name w:val="List Continue"/>
    <w:basedOn w:val="Normalny"/>
    <w:uiPriority w:val="99"/>
    <w:unhideWhenUsed/>
    <w:rsid w:val="0029639D"/>
    <w:pPr>
      <w:spacing w:after="120"/>
      <w:ind w:left="360"/>
      <w:contextualSpacing/>
    </w:pPr>
  </w:style>
  <w:style w:type="paragraph" w:styleId="Lista-kontynuacja2">
    <w:name w:val="List Continue 2"/>
    <w:basedOn w:val="Normalny"/>
    <w:uiPriority w:val="99"/>
    <w:unhideWhenUsed/>
    <w:rsid w:val="0029639D"/>
    <w:pPr>
      <w:spacing w:after="120"/>
      <w:ind w:left="720"/>
      <w:contextualSpacing/>
    </w:pPr>
  </w:style>
  <w:style w:type="paragraph" w:styleId="Lista-kontynuacja3">
    <w:name w:val="List Continue 3"/>
    <w:basedOn w:val="Normalny"/>
    <w:uiPriority w:val="99"/>
    <w:unhideWhenUsed/>
    <w:rsid w:val="0029639D"/>
    <w:pPr>
      <w:spacing w:after="120"/>
      <w:ind w:left="1080"/>
      <w:contextualSpacing/>
    </w:pPr>
  </w:style>
  <w:style w:type="paragraph" w:styleId="Tekstmakra">
    <w:name w:val="macro"/>
    <w:link w:val="TekstmakraZnak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kstmakraZnak">
    <w:name w:val="Tekst makra Znak"/>
    <w:basedOn w:val="Domylnaczcionkaakapitu"/>
    <w:link w:val="Tekstmakra"/>
    <w:uiPriority w:val="99"/>
    <w:rsid w:val="0029639D"/>
    <w:rPr>
      <w:rFonts w:ascii="Courier" w:hAnsi="Courier"/>
      <w:sz w:val="20"/>
      <w:szCs w:val="20"/>
    </w:rPr>
  </w:style>
  <w:style w:type="paragraph" w:styleId="Cytat">
    <w:name w:val="Quote"/>
    <w:basedOn w:val="Normalny"/>
    <w:next w:val="Normalny"/>
    <w:link w:val="CytatZnak"/>
    <w:uiPriority w:val="29"/>
    <w:qFormat/>
    <w:rsid w:val="00FC693F"/>
    <w:rPr>
      <w:i/>
      <w:iCs/>
      <w:color w:val="000000" w:themeColor="text1"/>
    </w:rPr>
  </w:style>
  <w:style w:type="character" w:customStyle="1" w:styleId="CytatZnak">
    <w:name w:val="Cytat Znak"/>
    <w:basedOn w:val="Domylnaczcionkaakapitu"/>
    <w:link w:val="Cytat"/>
    <w:uiPriority w:val="29"/>
    <w:rsid w:val="00FC693F"/>
    <w:rPr>
      <w:i/>
      <w:iCs/>
      <w:color w:val="000000" w:themeColor="text1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C693F"/>
    <w:rPr>
      <w:b/>
      <w:bCs/>
      <w:color w:val="4F81BD" w:themeColor="accent1"/>
      <w:sz w:val="18"/>
      <w:szCs w:val="18"/>
    </w:rPr>
  </w:style>
  <w:style w:type="character" w:styleId="Pogrubienie">
    <w:name w:val="Strong"/>
    <w:basedOn w:val="Domylnaczcionkaakapitu"/>
    <w:uiPriority w:val="22"/>
    <w:qFormat/>
    <w:rsid w:val="00FC693F"/>
    <w:rPr>
      <w:b/>
      <w:bCs/>
    </w:rPr>
  </w:style>
  <w:style w:type="character" w:styleId="Uwydatnienie">
    <w:name w:val="Emphasis"/>
    <w:basedOn w:val="Domylnaczcionkaakapitu"/>
    <w:uiPriority w:val="20"/>
    <w:qFormat/>
    <w:rsid w:val="00FC693F"/>
    <w:rPr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C693F"/>
    <w:rPr>
      <w:b/>
      <w:bCs/>
      <w:i/>
      <w:iCs/>
      <w:color w:val="4F81BD" w:themeColor="accent1"/>
    </w:rPr>
  </w:style>
  <w:style w:type="character" w:styleId="Wyrnieniedelikatne">
    <w:name w:val="Subtle Emphasis"/>
    <w:basedOn w:val="Domylnaczcionkaakapitu"/>
    <w:uiPriority w:val="19"/>
    <w:qFormat/>
    <w:rsid w:val="00FC693F"/>
    <w:rPr>
      <w:i/>
      <w:iCs/>
      <w:color w:val="808080" w:themeColor="text1" w:themeTint="7F"/>
    </w:rPr>
  </w:style>
  <w:style w:type="character" w:styleId="Wyrnienieintensywne">
    <w:name w:val="Intense Emphasis"/>
    <w:basedOn w:val="Domylnaczcionkaakapitu"/>
    <w:uiPriority w:val="21"/>
    <w:qFormat/>
    <w:rsid w:val="00FC693F"/>
    <w:rPr>
      <w:b/>
      <w:bCs/>
      <w:i/>
      <w:iCs/>
      <w:color w:val="4F81BD" w:themeColor="accent1"/>
    </w:rPr>
  </w:style>
  <w:style w:type="character" w:styleId="Odwoaniedelikatne">
    <w:name w:val="Subtle Reference"/>
    <w:basedOn w:val="Domylnaczcionkaakapitu"/>
    <w:uiPriority w:val="31"/>
    <w:qFormat/>
    <w:rsid w:val="00FC693F"/>
    <w:rPr>
      <w:smallCaps/>
      <w:color w:val="C0504D" w:themeColor="accent2"/>
      <w:u w:val="single"/>
    </w:rPr>
  </w:style>
  <w:style w:type="character" w:styleId="Odwoanieintensywne">
    <w:name w:val="Intense Reference"/>
    <w:basedOn w:val="Domylnaczcionkaakapitu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ytuksiki">
    <w:name w:val="Book Title"/>
    <w:basedOn w:val="Domylnaczcionkaakapitu"/>
    <w:uiPriority w:val="33"/>
    <w:qFormat/>
    <w:rsid w:val="00FC693F"/>
    <w:rPr>
      <w:b/>
      <w:bCs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C693F"/>
    <w:pPr>
      <w:outlineLvl w:val="9"/>
    </w:pPr>
  </w:style>
  <w:style w:type="table" w:styleId="Tabela-Siatka">
    <w:name w:val="Table Grid"/>
    <w:basedOn w:val="Standardowy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Jasnecieniowanie">
    <w:name w:val="Light Shading"/>
    <w:basedOn w:val="Standardowy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Jasnecieniowanieakcent2">
    <w:name w:val="Light Shading Accent 2"/>
    <w:basedOn w:val="Standardowy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Jasnecieniowanieakcent3">
    <w:name w:val="Light Shading Accent 3"/>
    <w:basedOn w:val="Standardowy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Jasnecieniowanieakcent4">
    <w:name w:val="Light Shading Accent 4"/>
    <w:basedOn w:val="Standardowy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Jasnecieniowanieakcent5">
    <w:name w:val="Light Shading Accent 5"/>
    <w:basedOn w:val="Standardowy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Jasnecieniowanieakcent6">
    <w:name w:val="Light Shading Accent 6"/>
    <w:basedOn w:val="Standardowy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Jasnalista">
    <w:name w:val="Light List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Jasnalistaakcent2">
    <w:name w:val="Light List Accent 2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Jasnalistaakcent3">
    <w:name w:val="Light List Accent 3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Jasnalistaakcent4">
    <w:name w:val="Light List Accent 4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Jasnalistaakcent5">
    <w:name w:val="Light List Accent 5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Jasnalistaakcent6">
    <w:name w:val="Light List Accent 6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Jasnasiatka">
    <w:name w:val="Light Grid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Jasnasiatkaakcent2">
    <w:name w:val="Light Grid Accent 2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Jasnasiatkaakcent3">
    <w:name w:val="Light Grid Accent 3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Jasnasiatkaakcent4">
    <w:name w:val="Light Grid Accent 4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Jasnasiatkaakcent5">
    <w:name w:val="Light Grid Accent 5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Jasnasiatkaakcent6">
    <w:name w:val="Light Grid Accent 6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redniecieniowanie1">
    <w:name w:val="Medium Shading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alista1">
    <w:name w:val="Medium Lis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rednialista1akcent2">
    <w:name w:val="Medium List 1 Accent 2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rednialista1akcent3">
    <w:name w:val="Medium List 1 Accent 3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rednialista1akcent4">
    <w:name w:val="Medium List 1 Accent 4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rednialista1akcent5">
    <w:name w:val="Medium List 1 Accent 5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rednialista1akcent6">
    <w:name w:val="Medium List 1 Accent 6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rednialista2">
    <w:name w:val="Medium Lis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siatka1">
    <w:name w:val="Medium Grid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dniasiatka1akcent2">
    <w:name w:val="Medium Grid 1 Accent 2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dniasiatka1akcent3">
    <w:name w:val="Medium Grid 1 Accent 3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dniasiatka1akcent4">
    <w:name w:val="Medium Grid 1 Accent 4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dniasiatka1akcent5">
    <w:name w:val="Medium Grid 1 Accent 5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dniasiatka1akcent6">
    <w:name w:val="Medium Grid 1 Accent 6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redniasiatka2">
    <w:name w:val="Medium Grid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1">
    <w:name w:val="Medium Grid 2 Accent 1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2">
    <w:name w:val="Medium Grid 2 Accent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3">
    <w:name w:val="Medium Grid 2 Accent 3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4">
    <w:name w:val="Medium Grid 2 Accent 4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5">
    <w:name w:val="Medium Grid 2 Accent 5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6">
    <w:name w:val="Medium Grid 2 Accent 6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3">
    <w:name w:val="Medium Grid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redniasiatka3akcent2">
    <w:name w:val="Medium Grid 3 Accent 2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redniasiatka3akcent3">
    <w:name w:val="Medium Grid 3 Accent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redniasiatka3akcent4">
    <w:name w:val="Medium Grid 3 Accent 4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redniasiatka3akcent5">
    <w:name w:val="Medium Grid 3 Accent 5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redniasiatka3akcent6">
    <w:name w:val="Medium Grid 3 Accent 6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Ciemnalista">
    <w:name w:val="Dark List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Ciemnalistaakcent2">
    <w:name w:val="Dark List Accent 2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Ciemnalistaakcent3">
    <w:name w:val="Dark List Accent 3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Ciemnalistaakcent4">
    <w:name w:val="Dark List Accent 4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Ciemnalistaakcent5">
    <w:name w:val="Dark List Accent 5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Ciemnalistaakcent6">
    <w:name w:val="Dark List Accent 6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Kolorowecieniowanie">
    <w:name w:val="Colorful Shading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ecieniowanieakcent4">
    <w:name w:val="Colorful Shading Accent 4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alista">
    <w:name w:val="Colorful List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Kolorowalistaakcent2">
    <w:name w:val="Colorful List Accent 2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Kolorowalistaakcent3">
    <w:name w:val="Colorful List Accent 3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Kolorowalistaakcent4">
    <w:name w:val="Colorful List Accent 4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Kolorowalistaakcent5">
    <w:name w:val="Colorful List Accent 5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Kolorowalistaakcent6">
    <w:name w:val="Colorful List Accent 6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Kolorowasiatka">
    <w:name w:val="Colorful Grid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Kolorowasiatkaakcent2">
    <w:name w:val="Colorful Grid Accent 2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Kolorowasiatkaakcent3">
    <w:name w:val="Colorful Grid Accent 3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asiatkaakcent4">
    <w:name w:val="Colorful Grid Accent 4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Kolorowasiatkaakcent5">
    <w:name w:val="Colorful Grid Accent 5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Kolorowasiatkaakcent6">
    <w:name w:val="Colorful Grid Accent 6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740</Words>
  <Characters>4444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5174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MG</dc:creator>
  <cp:keywords/>
  <dc:description>generated by python-docx</dc:description>
  <cp:lastModifiedBy>Marta Gaik</cp:lastModifiedBy>
  <cp:revision>2</cp:revision>
  <dcterms:created xsi:type="dcterms:W3CDTF">2026-08-15T11:47:00Z</dcterms:created>
  <dcterms:modified xsi:type="dcterms:W3CDTF">2026-08-15T11:47:00Z</dcterms:modified>
  <cp:category/>
</cp:coreProperties>
</file>