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F9AE6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63EE7" w14:textId="77777777" w:rsidR="0033360C" w:rsidRDefault="00000000">
      <w:pPr>
        <w:spacing w:after="120"/>
        <w:jc w:val="right"/>
      </w:pPr>
      <w:r>
        <w:t>Załącznik nr 1 do Zapytania ofertowego nr 09/2026</w:t>
      </w:r>
    </w:p>
    <w:p w14:paraId="63F7D31F" w14:textId="77777777" w:rsidR="0033360C" w:rsidRDefault="00000000">
      <w:pPr>
        <w:jc w:val="center"/>
      </w:pPr>
      <w:r>
        <w:rPr>
          <w:b/>
        </w:rPr>
        <w:t>OFERTA</w:t>
      </w:r>
    </w:p>
    <w:p w14:paraId="356B36BC" w14:textId="77777777" w:rsidR="0033360C" w:rsidRDefault="00000000">
      <w:pPr>
        <w:spacing w:after="160"/>
        <w:jc w:val="center"/>
      </w:pPr>
      <w:r>
        <w:rPr>
          <w:b/>
        </w:rPr>
        <w:t>na zapytanie ofertowe pn. „Opracowanie i przygotowanie kompletnej Instrukcji Bezpieczeństwa Pożarowego dla siedziby Zamawiającego na podstawie raportu z audytu przeciwpożarowego” (zapytanie ofertowe nr 09/2026)</w:t>
      </w:r>
    </w:p>
    <w:p w14:paraId="6D1FA868" w14:textId="77777777" w:rsidR="0033360C" w:rsidRDefault="00000000">
      <w:pPr>
        <w:spacing w:after="0"/>
      </w:pPr>
      <w:r>
        <w:rPr>
          <w:b/>
        </w:rPr>
        <w:t>ZAMAWIAJĄCY:</w:t>
      </w:r>
    </w:p>
    <w:p w14:paraId="728C7D03" w14:textId="77777777" w:rsidR="0033360C" w:rsidRDefault="00000000">
      <w:pPr>
        <w:spacing w:after="0"/>
      </w:pPr>
      <w:r>
        <w:t>Wodociągi Kórnickie i Usługi Komunalne WODKOM Kórnik Spółka z o.o.</w:t>
      </w:r>
    </w:p>
    <w:p w14:paraId="12A4D733" w14:textId="77777777" w:rsidR="0033360C" w:rsidRDefault="00000000">
      <w:pPr>
        <w:spacing w:after="120"/>
      </w:pPr>
      <w:r>
        <w:t>ul. Poznańska 71c, 62-035 Kórnik</w:t>
      </w:r>
    </w:p>
    <w:p w14:paraId="58E083C9" w14:textId="77777777" w:rsidR="0033360C" w:rsidRDefault="00000000">
      <w:r>
        <w:rPr>
          <w:b/>
        </w:rPr>
        <w:t>WYKONAWCA:</w:t>
      </w:r>
    </w:p>
    <w:p w14:paraId="382CA211" w14:textId="77777777" w:rsidR="0033360C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23523D2B" w14:textId="77777777" w:rsidR="0033360C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2501700B" w14:textId="77777777" w:rsidR="0033360C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43340C2B" w14:textId="77777777" w:rsidR="0033360C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3EC3B3F9" w14:textId="77777777" w:rsidR="0033360C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74DC35F0" w14:textId="77777777" w:rsidR="0033360C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3F0E3A43" w14:textId="77777777" w:rsidR="0033360C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1FDE02C5" w14:textId="77777777" w:rsidR="0033360C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231CFEA8" w14:textId="77777777" w:rsidR="0033360C" w:rsidRDefault="00000000">
      <w:pPr>
        <w:spacing w:after="140"/>
      </w:pPr>
      <w:r>
        <w:rPr>
          <w:b/>
        </w:rPr>
        <w:t xml:space="preserve">WSZELKĄ KORESPONDENCJĘ </w:t>
      </w:r>
      <w:r>
        <w:t>w sprawie postępowania należy kierować na adres: przetargi@wodkom.pl</w:t>
      </w:r>
    </w:p>
    <w:p w14:paraId="2A624AA0" w14:textId="77777777" w:rsidR="0033360C" w:rsidRDefault="00000000">
      <w:pPr>
        <w:spacing w:after="80"/>
        <w:jc w:val="center"/>
      </w:pPr>
      <w:r>
        <w:rPr>
          <w:b/>
        </w:rPr>
        <w:t>OFERTA</w:t>
      </w:r>
    </w:p>
    <w:p w14:paraId="17D59C91" w14:textId="77777777" w:rsidR="0033360C" w:rsidRDefault="00000000">
      <w:r>
        <w:t>W odpowiedzi na Zapytanie ofertowe nr 09/2026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33360C" w14:paraId="41DB0952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78E4223E" w14:textId="77777777" w:rsidR="0033360C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63028DDF" w14:textId="77777777" w:rsidR="0033360C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74098CD5" w14:textId="77777777" w:rsidR="0033360C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2D6CCC01" w14:textId="77777777" w:rsidR="0033360C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33360C" w14:paraId="589964B9" w14:textId="77777777">
        <w:trPr>
          <w:jc w:val="center"/>
        </w:trPr>
        <w:tc>
          <w:tcPr>
            <w:tcW w:w="2493" w:type="dxa"/>
          </w:tcPr>
          <w:p w14:paraId="0B016928" w14:textId="77777777" w:rsidR="0033360C" w:rsidRDefault="00000000">
            <w:r>
              <w:t>Opracowanie kompletnej Instrukcji Bezpieczeństwa Pożarowego wraz z planami, załącznikami, wersją elektroniczną i papierową</w:t>
            </w:r>
          </w:p>
        </w:tc>
        <w:tc>
          <w:tcPr>
            <w:tcW w:w="2493" w:type="dxa"/>
          </w:tcPr>
          <w:p w14:paraId="502BD941" w14:textId="77777777" w:rsidR="0033360C" w:rsidRDefault="00000000">
            <w:r>
              <w:t>……………………</w:t>
            </w:r>
          </w:p>
        </w:tc>
        <w:tc>
          <w:tcPr>
            <w:tcW w:w="2493" w:type="dxa"/>
          </w:tcPr>
          <w:p w14:paraId="3D3A7585" w14:textId="77777777" w:rsidR="0033360C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06BB402B" w14:textId="77777777" w:rsidR="0033360C" w:rsidRDefault="00000000">
            <w:r>
              <w:t>……………………</w:t>
            </w:r>
          </w:p>
        </w:tc>
      </w:tr>
    </w:tbl>
    <w:p w14:paraId="0FB9E267" w14:textId="77777777" w:rsidR="0033360C" w:rsidRDefault="00000000">
      <w:pPr>
        <w:spacing w:after="140"/>
      </w:pPr>
      <w:r>
        <w:t>Łączna cena brutto słownie: ............................................................................................................................</w:t>
      </w:r>
    </w:p>
    <w:p w14:paraId="692F510C" w14:textId="77777777" w:rsidR="0033360C" w:rsidRDefault="00000000">
      <w:pPr>
        <w:spacing w:after="80"/>
        <w:jc w:val="center"/>
      </w:pPr>
      <w:r>
        <w:rPr>
          <w:b/>
        </w:rPr>
        <w:t>OŚWIADCZENIA WYKONAWCY</w:t>
      </w:r>
    </w:p>
    <w:p w14:paraId="57452C13" w14:textId="77777777" w:rsidR="0033360C" w:rsidRDefault="00000000">
      <w:pPr>
        <w:ind w:left="283" w:hanging="283"/>
      </w:pPr>
      <w:r>
        <w:t>1. zapoznałem/am się i akceptuję w całości warunki zawarte w Zapytaniu ofertowym nr 09/2026 oraz projekcie umowy;</w:t>
      </w:r>
    </w:p>
    <w:p w14:paraId="13B8B244" w14:textId="77777777" w:rsidR="0033360C" w:rsidRDefault="00000000">
      <w:pPr>
        <w:ind w:left="283" w:hanging="283"/>
      </w:pPr>
      <w:r>
        <w:t>2. przyjmuję do wiadomości, że podstawą opracowania Instrukcji będzie raport poaudytowy przekazany przez Zamawiającego nie wcześniej niż dnia 15.09.2026 r.;</w:t>
      </w:r>
    </w:p>
    <w:p w14:paraId="2F9B9A9E" w14:textId="77777777" w:rsidR="0033360C" w:rsidRDefault="00000000">
      <w:pPr>
        <w:ind w:left="283" w:hanging="283"/>
      </w:pPr>
      <w:r>
        <w:t>3. zobowiązuję się opracować Instrukcję na podstawie otrzymanego raportu poaudytowego oraz dokumentacji udostępnionej przez Zamawiającego, zgodnie z zakresem określonym w Zapytaniu ofertowym;</w:t>
      </w:r>
    </w:p>
    <w:p w14:paraId="7F8776E9" w14:textId="77777777" w:rsidR="0033360C" w:rsidRDefault="00000000">
      <w:pPr>
        <w:ind w:left="283" w:hanging="283"/>
      </w:pPr>
      <w:r>
        <w:t>4. posiadam wiedzę i doświadczenie niezbędne do prawidłowego wykonania zamówienia;</w:t>
      </w:r>
    </w:p>
    <w:p w14:paraId="0AE9CED8" w14:textId="77777777" w:rsidR="0033360C" w:rsidRDefault="00000000">
      <w:pPr>
        <w:ind w:left="283" w:hanging="283"/>
      </w:pPr>
      <w:r>
        <w:t>5. do realizacji zamówienia skieruję osobę posiadającą kwalifikacje wymagane przepisami do wykonywania czynności z zakresu ochrony przeciwpożarowej i opracowania Instrukcji Bezpieczeństwa Pożarowego;</w:t>
      </w:r>
    </w:p>
    <w:p w14:paraId="46B0F43C" w14:textId="77777777" w:rsidR="0033360C" w:rsidRDefault="00000000">
      <w:pPr>
        <w:ind w:left="283" w:hanging="283"/>
      </w:pPr>
      <w:r>
        <w:t>6. w cenie oferty ujęto wszystkie koszty niezbędne do kompletnego wykonania przedmiotu zamówienia, w tym przygotowanie treści, planów i schematów, załączników, wersji edytowalnej i PDF, dwóch egzemplarzy papierowych, dojazdów, uzgodnień, omówienia Instrukcji i wprowadzenia uzasadnionych poprawek;</w:t>
      </w:r>
    </w:p>
    <w:p w14:paraId="0D966B61" w14:textId="77777777" w:rsidR="0033360C" w:rsidRDefault="00000000">
      <w:pPr>
        <w:ind w:left="283" w:hanging="283"/>
      </w:pPr>
      <w:r>
        <w:lastRenderedPageBreak/>
        <w:t>7. zobowiązuję się wykonać i przekazać kompletny przedmiot zamówienia do dnia 30.10.2026 r.;</w:t>
      </w:r>
    </w:p>
    <w:p w14:paraId="5EA229F3" w14:textId="77777777" w:rsidR="0033360C" w:rsidRDefault="00000000">
      <w:pPr>
        <w:ind w:left="283" w:hanging="283"/>
      </w:pPr>
      <w:r>
        <w:t>8. zobowiązuję się, w przypadku wyboru mojej oferty, do zawarcia umowy w miejscu i terminie wskazanym przez Zamawiającego, na warunkach zgodnych z Zapytaniem ofertowym, projektem umowy i niniejszą ofertą;</w:t>
      </w:r>
    </w:p>
    <w:p w14:paraId="0E303495" w14:textId="77777777" w:rsidR="0033360C" w:rsidRDefault="00000000">
      <w:pPr>
        <w:ind w:left="283" w:hanging="283"/>
      </w:pPr>
      <w:r>
        <w:t>9. uważam się związany/a niniejszą ofertą przez okres wskazany przez Zamawiającego w Zapytaniu ofertowym;</w:t>
      </w:r>
    </w:p>
    <w:p w14:paraId="6A5E01C8" w14:textId="77777777" w:rsidR="0033360C" w:rsidRDefault="00000000">
      <w:pPr>
        <w:ind w:left="283" w:hanging="283"/>
      </w:pPr>
      <w:r>
        <w:t>10.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337744B3" w14:textId="77777777" w:rsidR="0033360C" w:rsidRDefault="00000000">
      <w:pPr>
        <w:ind w:left="283" w:hanging="283"/>
      </w:pPr>
      <w:r>
        <w:t>11.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01936837" w14:textId="77777777" w:rsidR="0033360C" w:rsidRDefault="00000000">
      <w:pPr>
        <w:spacing w:before="100"/>
      </w:pPr>
      <w:r>
        <w:rPr>
          <w:b/>
        </w:rPr>
        <w:t>Osoba odpowiedzialna za opracowanie Instrukcji:</w:t>
      </w:r>
    </w:p>
    <w:p w14:paraId="0F11A9A6" w14:textId="77777777" w:rsidR="0033360C" w:rsidRDefault="00000000">
      <w:r>
        <w:t>Imię i nazwisko: ...............................................................................................................................................</w:t>
      </w:r>
    </w:p>
    <w:p w14:paraId="33A60A77" w14:textId="77777777" w:rsidR="0033360C" w:rsidRDefault="00000000">
      <w:r>
        <w:t>Posiadane kwalifikacje: ....................................................................................................................................</w:t>
      </w:r>
    </w:p>
    <w:p w14:paraId="03EC4F50" w14:textId="77777777" w:rsidR="0033360C" w:rsidRDefault="00000000">
      <w:r>
        <w:t>Numer i data dokumentu potwierdzającego kwalifikacje: ................................................................................</w:t>
      </w:r>
    </w:p>
    <w:p w14:paraId="1BAB6441" w14:textId="77777777" w:rsidR="0033360C" w:rsidRDefault="00000000">
      <w:pPr>
        <w:spacing w:after="120"/>
      </w:pPr>
      <w:r>
        <w:t>Do oferty załączam dokument lub oświadczenie potwierdzające ww. kwalifikacje.</w:t>
      </w:r>
    </w:p>
    <w:p w14:paraId="1931C594" w14:textId="77777777" w:rsidR="0033360C" w:rsidRDefault="00000000">
      <w:r>
        <w:t>Osobą uprawnioną do merytorycznej współpracy i koordynacji realizacji zamówienia ze strony Wykonawcy jest:</w:t>
      </w:r>
    </w:p>
    <w:p w14:paraId="25758430" w14:textId="77777777" w:rsidR="0033360C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285CF739" w14:textId="77777777" w:rsidR="0033360C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33360C" w14:paraId="6ACBD888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1185165F" w14:textId="77777777" w:rsidR="0033360C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39B7EF60" w14:textId="77777777" w:rsidR="0033360C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60670230" w14:textId="77777777" w:rsidR="0033360C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293EC53B" w14:textId="77777777" w:rsidR="00061855" w:rsidRDefault="00061855"/>
    <w:sectPr w:rsidR="00061855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1855"/>
    <w:rsid w:val="000A64FA"/>
    <w:rsid w:val="0015074B"/>
    <w:rsid w:val="00161F9A"/>
    <w:rsid w:val="0029639D"/>
    <w:rsid w:val="00326F90"/>
    <w:rsid w:val="0033360C"/>
    <w:rsid w:val="003A196A"/>
    <w:rsid w:val="004F6862"/>
    <w:rsid w:val="005F715A"/>
    <w:rsid w:val="00AA1D8D"/>
    <w:rsid w:val="00AF1F5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1936E5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2026-08-15T12:07:00Z</dcterms:created>
  <dcterms:modified xsi:type="dcterms:W3CDTF">2026-08-15T12:07:00Z</dcterms:modified>
  <cp:category/>
</cp:coreProperties>
</file>