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79E3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1BB54" w14:textId="77777777" w:rsidR="005A449C" w:rsidRDefault="00000000">
      <w:pPr>
        <w:spacing w:after="120"/>
        <w:jc w:val="right"/>
      </w:pPr>
      <w:r>
        <w:t>Załącznik nr 1 do Zapytania ofertowego nr 12/2026</w:t>
      </w:r>
    </w:p>
    <w:p w14:paraId="427C5264" w14:textId="77777777" w:rsidR="005A449C" w:rsidRDefault="00000000">
      <w:pPr>
        <w:jc w:val="center"/>
      </w:pPr>
      <w:r>
        <w:rPr>
          <w:b/>
        </w:rPr>
        <w:t>OFERTA</w:t>
      </w:r>
    </w:p>
    <w:p w14:paraId="3671AE1B" w14:textId="77777777" w:rsidR="005A449C" w:rsidRDefault="00000000">
      <w:pPr>
        <w:spacing w:after="160"/>
        <w:jc w:val="center"/>
      </w:pPr>
      <w:r>
        <w:rPr>
          <w:b/>
        </w:rPr>
        <w:t>na zapytanie ofertowe pn. „Wykonanie wiaty stalowej niezabudowanej oraz regałów metalowych z zadaszeniem na terenie siedziby Zamawiającego” (zapytanie ofertowe nr 12/2026)</w:t>
      </w:r>
    </w:p>
    <w:p w14:paraId="42310B3D" w14:textId="77777777" w:rsidR="005A449C" w:rsidRDefault="00000000">
      <w:pPr>
        <w:spacing w:after="0"/>
      </w:pPr>
      <w:r>
        <w:rPr>
          <w:b/>
        </w:rPr>
        <w:t>ZAMAWIAJĄCY:</w:t>
      </w:r>
    </w:p>
    <w:p w14:paraId="6E88FD4C" w14:textId="77777777" w:rsidR="005A449C" w:rsidRDefault="00000000">
      <w:pPr>
        <w:spacing w:after="0"/>
      </w:pPr>
      <w:r>
        <w:t>Wodociągi Kórnickie i Usługi Komunalne WODKOM Kórnik Spółka z o.o.</w:t>
      </w:r>
    </w:p>
    <w:p w14:paraId="186A3A28" w14:textId="77777777" w:rsidR="005A449C" w:rsidRDefault="00000000">
      <w:pPr>
        <w:spacing w:after="120"/>
      </w:pPr>
      <w:r>
        <w:t>ul. Poznańska 71c, 62-035 Kórnik</w:t>
      </w:r>
    </w:p>
    <w:p w14:paraId="3E45D996" w14:textId="77777777" w:rsidR="005A449C" w:rsidRDefault="00000000">
      <w:r>
        <w:rPr>
          <w:b/>
        </w:rPr>
        <w:t>WYKONAWCA:</w:t>
      </w:r>
    </w:p>
    <w:p w14:paraId="18B92D28" w14:textId="77777777" w:rsidR="005A449C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13060CF5" w14:textId="77777777" w:rsidR="005A449C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6A2BDA09" w14:textId="77777777" w:rsidR="005A449C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2F586C9A" w14:textId="77777777" w:rsidR="005A449C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6E4B27E9" w14:textId="77777777" w:rsidR="005A449C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5446F8EC" w14:textId="77777777" w:rsidR="005A449C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41C86980" w14:textId="77777777" w:rsidR="005A449C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40841F54" w14:textId="77777777" w:rsidR="005A449C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27B2AC77" w14:textId="77777777" w:rsidR="005A449C" w:rsidRDefault="00000000">
      <w:pPr>
        <w:spacing w:after="140"/>
      </w:pPr>
      <w:r>
        <w:rPr>
          <w:b/>
        </w:rPr>
        <w:t>WSZELKĄ KORESPONDENCJĘ w sprawie postępowania należy kierować na adres: przetargi@wodkom.pl</w:t>
      </w:r>
    </w:p>
    <w:p w14:paraId="0C8F07A2" w14:textId="77777777" w:rsidR="005A449C" w:rsidRDefault="00000000">
      <w:pPr>
        <w:spacing w:after="80"/>
        <w:jc w:val="center"/>
      </w:pPr>
      <w:r>
        <w:rPr>
          <w:b/>
        </w:rPr>
        <w:t>OFERTA</w:t>
      </w:r>
    </w:p>
    <w:p w14:paraId="66248061" w14:textId="77777777" w:rsidR="005A449C" w:rsidRDefault="00000000">
      <w:r>
        <w:t>W odpowiedzi na Zapytanie ofertowe nr 12/2026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5A449C" w14:paraId="07CFD3F3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215E01BA" w14:textId="77777777" w:rsidR="005A449C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2E74F30B" w14:textId="77777777" w:rsidR="005A449C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579CC8DB" w14:textId="77777777" w:rsidR="005A449C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34D26DEC" w14:textId="77777777" w:rsidR="005A449C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5A449C" w14:paraId="06CFC3E3" w14:textId="77777777">
        <w:trPr>
          <w:jc w:val="center"/>
        </w:trPr>
        <w:tc>
          <w:tcPr>
            <w:tcW w:w="2493" w:type="dxa"/>
          </w:tcPr>
          <w:p w14:paraId="4B02C341" w14:textId="77777777" w:rsidR="005A449C" w:rsidRDefault="00000000">
            <w:r>
              <w:t>Wiata stalowa niezabudowana - kosztorys nr 151-72-000</w:t>
            </w:r>
          </w:p>
        </w:tc>
        <w:tc>
          <w:tcPr>
            <w:tcW w:w="2493" w:type="dxa"/>
          </w:tcPr>
          <w:p w14:paraId="4409745F" w14:textId="77777777" w:rsidR="005A449C" w:rsidRDefault="00000000">
            <w:r>
              <w:t>……………………</w:t>
            </w:r>
          </w:p>
        </w:tc>
        <w:tc>
          <w:tcPr>
            <w:tcW w:w="2493" w:type="dxa"/>
          </w:tcPr>
          <w:p w14:paraId="39C23F99" w14:textId="77777777" w:rsidR="005A449C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6C0E9750" w14:textId="77777777" w:rsidR="005A449C" w:rsidRDefault="00000000">
            <w:r>
              <w:t>……………………</w:t>
            </w:r>
          </w:p>
        </w:tc>
      </w:tr>
      <w:tr w:rsidR="005A449C" w14:paraId="0757B08F" w14:textId="77777777">
        <w:trPr>
          <w:jc w:val="center"/>
        </w:trPr>
        <w:tc>
          <w:tcPr>
            <w:tcW w:w="2493" w:type="dxa"/>
          </w:tcPr>
          <w:p w14:paraId="6B9A9DA0" w14:textId="77777777" w:rsidR="005A449C" w:rsidRDefault="00000000">
            <w:r>
              <w:t>Regały metalowe z zadaszeniem - kosztorys nr 151-73-000</w:t>
            </w:r>
          </w:p>
        </w:tc>
        <w:tc>
          <w:tcPr>
            <w:tcW w:w="2493" w:type="dxa"/>
          </w:tcPr>
          <w:p w14:paraId="259DEBE0" w14:textId="77777777" w:rsidR="005A449C" w:rsidRDefault="00000000">
            <w:r>
              <w:t>……………………</w:t>
            </w:r>
          </w:p>
        </w:tc>
        <w:tc>
          <w:tcPr>
            <w:tcW w:w="2493" w:type="dxa"/>
          </w:tcPr>
          <w:p w14:paraId="366EC7D1" w14:textId="77777777" w:rsidR="005A449C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52F475CA" w14:textId="77777777" w:rsidR="005A449C" w:rsidRDefault="00000000">
            <w:r>
              <w:t>……………………</w:t>
            </w:r>
          </w:p>
        </w:tc>
      </w:tr>
      <w:tr w:rsidR="005A449C" w14:paraId="09F81F75" w14:textId="77777777">
        <w:trPr>
          <w:jc w:val="center"/>
        </w:trPr>
        <w:tc>
          <w:tcPr>
            <w:tcW w:w="2493" w:type="dxa"/>
          </w:tcPr>
          <w:p w14:paraId="4A1D202F" w14:textId="77777777" w:rsidR="005A449C" w:rsidRDefault="00000000">
            <w:r>
              <w:rPr>
                <w:b/>
              </w:rPr>
              <w:t>ŁĄCZNA CENA OFERTY</w:t>
            </w:r>
          </w:p>
        </w:tc>
        <w:tc>
          <w:tcPr>
            <w:tcW w:w="2493" w:type="dxa"/>
          </w:tcPr>
          <w:p w14:paraId="5A689ACA" w14:textId="77777777" w:rsidR="005A449C" w:rsidRDefault="00000000">
            <w:r>
              <w:rPr>
                <w:b/>
              </w:rPr>
              <w:t>……………………</w:t>
            </w:r>
          </w:p>
        </w:tc>
        <w:tc>
          <w:tcPr>
            <w:tcW w:w="2493" w:type="dxa"/>
          </w:tcPr>
          <w:p w14:paraId="7A0730EA" w14:textId="77777777" w:rsidR="005A449C" w:rsidRDefault="00000000">
            <w:r>
              <w:rPr>
                <w:b/>
              </w:rPr>
              <w:t>……… / ……………………</w:t>
            </w:r>
          </w:p>
        </w:tc>
        <w:tc>
          <w:tcPr>
            <w:tcW w:w="2493" w:type="dxa"/>
          </w:tcPr>
          <w:p w14:paraId="00EC72AE" w14:textId="77777777" w:rsidR="005A449C" w:rsidRDefault="00000000">
            <w:r>
              <w:rPr>
                <w:b/>
              </w:rPr>
              <w:t>……………………</w:t>
            </w:r>
          </w:p>
        </w:tc>
      </w:tr>
    </w:tbl>
    <w:p w14:paraId="0EDB7F5C" w14:textId="77777777" w:rsidR="005A449C" w:rsidRDefault="00000000">
      <w:pPr>
        <w:spacing w:after="100"/>
      </w:pPr>
      <w:r>
        <w:t>Łączna cena brutto słownie: ............................................................................................................................</w:t>
      </w:r>
    </w:p>
    <w:p w14:paraId="15B19FB7" w14:textId="77777777" w:rsidR="005A449C" w:rsidRDefault="00000000">
      <w:pPr>
        <w:spacing w:after="20"/>
      </w:pPr>
      <w:r>
        <w:rPr>
          <w:b/>
        </w:rPr>
        <w:t>Oferowany okres gwarancji na cały przedmiot zamówienia: …………… miesięcy.</w:t>
      </w:r>
    </w:p>
    <w:p w14:paraId="5A48DC8C" w14:textId="77777777" w:rsidR="005A449C" w:rsidRDefault="00000000">
      <w:pPr>
        <w:spacing w:after="140"/>
      </w:pPr>
      <w:r>
        <w:rPr>
          <w:i/>
        </w:rPr>
        <w:t>Minimalny wymagany okres gwarancji: 36 miesięcy; okres gwarancji stanowi kryterium oceny ofert.</w:t>
      </w:r>
    </w:p>
    <w:p w14:paraId="3841DDBC" w14:textId="77777777" w:rsidR="005A449C" w:rsidRDefault="00000000">
      <w:pPr>
        <w:spacing w:after="80"/>
        <w:jc w:val="center"/>
      </w:pPr>
      <w:r>
        <w:rPr>
          <w:b/>
        </w:rPr>
        <w:t>OŚWIADCZENIA WYKONAWCY</w:t>
      </w:r>
    </w:p>
    <w:p w14:paraId="51E4429F" w14:textId="77777777" w:rsidR="005A449C" w:rsidRDefault="00000000">
      <w:pPr>
        <w:ind w:left="283" w:hanging="283"/>
      </w:pPr>
      <w:r>
        <w:t>1. zapoznałem/am się i akceptuję w całości warunki zawarte w Zapytaniu ofertowym nr 12/2026, kosztorysach ślepych nr 151-72-000 i 151-73-000 oraz projekcie umowy;</w:t>
      </w:r>
    </w:p>
    <w:p w14:paraId="3CDCB8FC" w14:textId="77777777" w:rsidR="005A449C" w:rsidRDefault="00000000">
      <w:pPr>
        <w:ind w:left="283" w:hanging="283"/>
      </w:pPr>
      <w:r>
        <w:t>2. odbyłem/am obowiązkową wizję lokalną miejsca realizacji zamówienia i załączam do oferty potwierdzenie jej odbycia;</w:t>
      </w:r>
    </w:p>
    <w:p w14:paraId="7AB1729C" w14:textId="77777777" w:rsidR="005A449C" w:rsidRDefault="00000000">
      <w:pPr>
        <w:ind w:left="283" w:hanging="283"/>
      </w:pPr>
      <w:r>
        <w:t>3. spełniam warunki udziału w postępowaniu określone w Zapytaniu ofertowym i dysponuję personelem posiadającym kwalifikacje niezbędne do wykonania robót budowlanych, ślusarskich, spawalniczych i montażowych;</w:t>
      </w:r>
    </w:p>
    <w:p w14:paraId="0486CD6D" w14:textId="77777777" w:rsidR="005A449C" w:rsidRDefault="00000000">
      <w:pPr>
        <w:ind w:left="283" w:hanging="283"/>
      </w:pPr>
      <w:r>
        <w:t>4. uzyskałem/am wszystkie informacje niezbędne do prawidłowego przygotowania i złożenia oferty;</w:t>
      </w:r>
    </w:p>
    <w:p w14:paraId="428380BA" w14:textId="77777777" w:rsidR="005A449C" w:rsidRDefault="00000000">
      <w:pPr>
        <w:ind w:left="283" w:hanging="283"/>
      </w:pPr>
      <w:r>
        <w:lastRenderedPageBreak/>
        <w:t>5. w cenie oferty ujęto wszystkie koszty niezbędne do prawidłowego, kompletnego i terminowego wykonania obu zakresów zamówienia;</w:t>
      </w:r>
    </w:p>
    <w:p w14:paraId="505742C2" w14:textId="66880654" w:rsidR="005A449C" w:rsidRDefault="003510F8">
      <w:pPr>
        <w:ind w:left="283" w:hanging="283"/>
      </w:pPr>
      <w:r>
        <w:t>6</w:t>
      </w:r>
      <w:r w:rsidR="00000000">
        <w:t>. przyjmuję ryczałtowy charakter wynagrodzenia i zobowiązuję się wykonać cały przedmiot zamówienia za łączną cenę wskazaną w niniejszej ofercie;</w:t>
      </w:r>
    </w:p>
    <w:p w14:paraId="3EA8FA52" w14:textId="2551CB45" w:rsidR="005A449C" w:rsidRDefault="003510F8">
      <w:pPr>
        <w:ind w:left="283" w:hanging="283"/>
      </w:pPr>
      <w:r>
        <w:t>7</w:t>
      </w:r>
      <w:r w:rsidR="00000000">
        <w:t>. zobowiązuję się wykonać cały przedmiot zamówienia w terminie wskazanym przez Zamawiającego w Zapytaniu ofertowym i umowie;</w:t>
      </w:r>
    </w:p>
    <w:p w14:paraId="73980091" w14:textId="065265CC" w:rsidR="005A449C" w:rsidRDefault="003510F8">
      <w:pPr>
        <w:ind w:left="283" w:hanging="283"/>
      </w:pPr>
      <w:r>
        <w:t>8</w:t>
      </w:r>
      <w:r w:rsidR="00000000">
        <w:t>. zobowiązuję się, w przypadku wyboru mojej oferty, do zawarcia umowy w miejscu i terminie wskazanym przez Zamawiającego, na warunkach zgodnych z Zapytaniem ofertowym, projektem umowy i niniejszą ofertą;</w:t>
      </w:r>
    </w:p>
    <w:p w14:paraId="295AA048" w14:textId="35A1E7D2" w:rsidR="005A449C" w:rsidRDefault="003510F8">
      <w:pPr>
        <w:ind w:left="283" w:hanging="283"/>
      </w:pPr>
      <w:r>
        <w:t>9</w:t>
      </w:r>
      <w:r w:rsidR="00000000">
        <w:t>. uważam się związany/a niniejszą ofertą przez okres wskazany w Zapytaniu ofertowym;</w:t>
      </w:r>
    </w:p>
    <w:p w14:paraId="14C3A953" w14:textId="07A29376" w:rsidR="005A449C" w:rsidRDefault="00000000">
      <w:pPr>
        <w:ind w:left="283" w:hanging="283"/>
      </w:pPr>
      <w:r>
        <w:t>1</w:t>
      </w:r>
      <w:r w:rsidR="003510F8">
        <w:t>0</w:t>
      </w:r>
      <w:r>
        <w:t>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31438D5A" w14:textId="2B18386B" w:rsidR="005A449C" w:rsidRDefault="00000000">
      <w:pPr>
        <w:ind w:left="283" w:hanging="283"/>
      </w:pPr>
      <w:r>
        <w:t>1</w:t>
      </w:r>
      <w:r w:rsidR="003510F8">
        <w:t>1</w:t>
      </w:r>
      <w:r>
        <w:t>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07927204" w14:textId="77777777" w:rsidR="005A449C" w:rsidRDefault="00000000">
      <w:r>
        <w:t>Osobą uprawnioną do merytorycznej współpracy i koordynacji realizacji zamówienia ze strony Wykonawcy jest:</w:t>
      </w:r>
    </w:p>
    <w:p w14:paraId="182CBF66" w14:textId="77777777" w:rsidR="005A449C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07B76B86" w14:textId="77777777" w:rsidR="005A449C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5A449C" w14:paraId="4DFF9FC5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22A4A163" w14:textId="77777777" w:rsidR="005A449C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20D0252A" w14:textId="77777777" w:rsidR="005A449C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6C2E79B2" w14:textId="77777777" w:rsidR="005A449C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62A11704" w14:textId="77777777" w:rsidR="00530C67" w:rsidRDefault="00530C67"/>
    <w:sectPr w:rsidR="00530C67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9639D"/>
    <w:rsid w:val="00326F90"/>
    <w:rsid w:val="003510F8"/>
    <w:rsid w:val="00530C67"/>
    <w:rsid w:val="005A449C"/>
    <w:rsid w:val="005F715A"/>
    <w:rsid w:val="00AA1D8D"/>
    <w:rsid w:val="00AF1F5E"/>
    <w:rsid w:val="00B47730"/>
    <w:rsid w:val="00CB0664"/>
    <w:rsid w:val="00EF2FF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395D84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2026-08-18T16:31:00Z</dcterms:created>
  <dcterms:modified xsi:type="dcterms:W3CDTF">2026-08-18T16:31:00Z</dcterms:modified>
  <cp:category/>
</cp:coreProperties>
</file>