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65FB29" w14:textId="77777777" w:rsidR="005F715A" w:rsidRPr="00161F9A" w:rsidRDefault="00000000">
      <w:pPr>
        <w:spacing w:after="0"/>
      </w:pPr>
      <w:r w:rsidRPr="00161F9A">
        <w:rPr>
          <w:noProof/>
        </w:rPr>
        <w:drawing>
          <wp:inline distT="0" distB="0" distL="0" distR="0" wp14:anchorId="0B0B3840" wp14:editId="4879964A">
            <wp:extent cx="1260000" cy="2923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29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613ED1" w14:textId="77777777" w:rsidR="005F715A" w:rsidRPr="00161F9A" w:rsidRDefault="00000000">
      <w:pPr>
        <w:spacing w:before="100" w:after="100"/>
        <w:jc w:val="center"/>
      </w:pPr>
      <w:r w:rsidRPr="00161F9A">
        <w:rPr>
          <w:b/>
        </w:rPr>
        <w:t>OFERTA</w:t>
      </w:r>
    </w:p>
    <w:p w14:paraId="6EB3B98E" w14:textId="087334EF" w:rsidR="005F715A" w:rsidRPr="00161F9A" w:rsidRDefault="00000000">
      <w:pPr>
        <w:spacing w:after="200"/>
        <w:jc w:val="center"/>
      </w:pPr>
      <w:r w:rsidRPr="00161F9A">
        <w:rPr>
          <w:b/>
        </w:rPr>
        <w:t xml:space="preserve">na zapytanie ofertowe pn. „Kompleksowy remont dachów dwóch budynków mieszkalnych przy ul. Polnej 83 w Czmoniu” (zapytanie ofertowe nr </w:t>
      </w:r>
      <w:r w:rsidR="00523993">
        <w:rPr>
          <w:b/>
        </w:rPr>
        <w:t>14</w:t>
      </w:r>
      <w:r w:rsidRPr="00161F9A">
        <w:rPr>
          <w:b/>
        </w:rPr>
        <w:t>/2026)</w:t>
      </w:r>
    </w:p>
    <w:p w14:paraId="7FE2706C" w14:textId="77777777" w:rsidR="005F715A" w:rsidRPr="00161F9A" w:rsidRDefault="00000000">
      <w:pPr>
        <w:spacing w:after="40"/>
      </w:pPr>
      <w:r w:rsidRPr="00161F9A">
        <w:rPr>
          <w:b/>
        </w:rPr>
        <w:t>ZAMAWIAJĄCY:</w:t>
      </w:r>
    </w:p>
    <w:p w14:paraId="2CFFD88B" w14:textId="77777777" w:rsidR="005F715A" w:rsidRPr="00161F9A" w:rsidRDefault="00000000">
      <w:pPr>
        <w:spacing w:after="0"/>
      </w:pPr>
      <w:r w:rsidRPr="00161F9A">
        <w:t>Wodociągi Kórnickie i Usługi Komunalne WODKOM Kórnik Spółka z o.o.</w:t>
      </w:r>
    </w:p>
    <w:p w14:paraId="6E232954" w14:textId="77777777" w:rsidR="005F715A" w:rsidRPr="00161F9A" w:rsidRDefault="00000000">
      <w:pPr>
        <w:spacing w:after="160"/>
      </w:pPr>
      <w:r w:rsidRPr="00161F9A">
        <w:t>ul. Poznańska 71c, 62-035 Kórnik</w:t>
      </w:r>
    </w:p>
    <w:p w14:paraId="55F57DBD" w14:textId="77777777" w:rsidR="005F715A" w:rsidRPr="00161F9A" w:rsidRDefault="00000000">
      <w:r w:rsidRPr="00161F9A">
        <w:rPr>
          <w:b/>
        </w:rPr>
        <w:t>WYKONAWCA:</w:t>
      </w:r>
    </w:p>
    <w:p w14:paraId="45E5B02C" w14:textId="77777777" w:rsidR="005F715A" w:rsidRPr="00161F9A" w:rsidRDefault="00000000">
      <w:r w:rsidRPr="00161F9A">
        <w:t>Pełna nazwa Wykonawcy: ........................................................................................................................</w:t>
      </w:r>
    </w:p>
    <w:p w14:paraId="17A47322" w14:textId="77777777" w:rsidR="005F715A" w:rsidRPr="00161F9A" w:rsidRDefault="00000000">
      <w:r w:rsidRPr="00161F9A">
        <w:t>Adres (ulica, nr budynku, kod pocztowy, miejscowość): ........................................................................</w:t>
      </w:r>
    </w:p>
    <w:p w14:paraId="1AE1AF74" w14:textId="77777777" w:rsidR="005F715A" w:rsidRPr="00161F9A" w:rsidRDefault="00000000">
      <w:r w:rsidRPr="00161F9A">
        <w:t>Województwo: ...........................................................................................................................................</w:t>
      </w:r>
    </w:p>
    <w:p w14:paraId="5F14AF49" w14:textId="77777777" w:rsidR="005F715A" w:rsidRPr="00161F9A" w:rsidRDefault="00000000">
      <w:r w:rsidRPr="00161F9A">
        <w:t>Numer telefonu: .........................................................................................................................................</w:t>
      </w:r>
    </w:p>
    <w:p w14:paraId="37955B90" w14:textId="77777777" w:rsidR="005F715A" w:rsidRPr="00161F9A" w:rsidRDefault="00000000">
      <w:r w:rsidRPr="00161F9A">
        <w:t>Adres e-mail: ..............................................................................................................................................</w:t>
      </w:r>
    </w:p>
    <w:p w14:paraId="77E66732" w14:textId="77777777" w:rsidR="005F715A" w:rsidRPr="00161F9A" w:rsidRDefault="00000000">
      <w:r w:rsidRPr="00161F9A">
        <w:t>NIP/PESEL: .................................................................   REGON: ........................................................</w:t>
      </w:r>
    </w:p>
    <w:p w14:paraId="5D11D8BB" w14:textId="77777777" w:rsidR="005F715A" w:rsidRPr="00161F9A" w:rsidRDefault="00000000">
      <w:r w:rsidRPr="00161F9A">
        <w:t>Numer KRS / informacja o CEIDG: .............................................................................................................</w:t>
      </w:r>
    </w:p>
    <w:p w14:paraId="10B4699C" w14:textId="77777777" w:rsidR="005F715A" w:rsidRPr="00161F9A" w:rsidRDefault="00000000">
      <w:r w:rsidRPr="00161F9A">
        <w:t>Osoba upoważniona do podpisania umowy: ..............................................................................................</w:t>
      </w:r>
    </w:p>
    <w:p w14:paraId="744439D2" w14:textId="77777777" w:rsidR="005F715A" w:rsidRPr="00161F9A" w:rsidRDefault="00000000">
      <w:pPr>
        <w:spacing w:after="200"/>
      </w:pPr>
      <w:r w:rsidRPr="00161F9A">
        <w:rPr>
          <w:b/>
        </w:rPr>
        <w:t xml:space="preserve">WSZELKĄ KORESPONDENCJĘ </w:t>
      </w:r>
      <w:r w:rsidRPr="00161F9A">
        <w:t>w sprawie postępowania należy kierować na adres: przetargi@wodkom.pl</w:t>
      </w:r>
    </w:p>
    <w:p w14:paraId="786B174F" w14:textId="77777777" w:rsidR="005F715A" w:rsidRPr="00161F9A" w:rsidRDefault="00000000">
      <w:pPr>
        <w:spacing w:after="100"/>
        <w:jc w:val="center"/>
      </w:pPr>
      <w:r w:rsidRPr="00161F9A">
        <w:rPr>
          <w:b/>
        </w:rPr>
        <w:t>OFERTA</w:t>
      </w:r>
    </w:p>
    <w:p w14:paraId="3F6A32CD" w14:textId="77777777" w:rsidR="005F715A" w:rsidRPr="00161F9A" w:rsidRDefault="00000000">
      <w:pPr>
        <w:spacing w:after="100"/>
      </w:pPr>
      <w:r w:rsidRPr="00161F9A">
        <w:t>W odpowiedzi na Zapytanie ofertowe oferuję wykonanie całego przedmiotu zamówienia za następujące wynagrodzenie ryczałtowe: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489"/>
        <w:gridCol w:w="2491"/>
        <w:gridCol w:w="2491"/>
        <w:gridCol w:w="2491"/>
      </w:tblGrid>
      <w:tr w:rsidR="005F715A" w:rsidRPr="00161F9A" w14:paraId="0CC2A5FB" w14:textId="77777777">
        <w:trPr>
          <w:jc w:val="center"/>
        </w:trPr>
        <w:tc>
          <w:tcPr>
            <w:tcW w:w="2493" w:type="dxa"/>
            <w:shd w:val="clear" w:color="auto" w:fill="D9EAF7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682BBB1C" w14:textId="77777777" w:rsidR="005F715A" w:rsidRPr="00161F9A" w:rsidRDefault="00000000">
            <w:pPr>
              <w:spacing w:after="0"/>
            </w:pPr>
            <w:r w:rsidRPr="00161F9A">
              <w:rPr>
                <w:b/>
              </w:rPr>
              <w:t>Zakres</w:t>
            </w:r>
          </w:p>
        </w:tc>
        <w:tc>
          <w:tcPr>
            <w:tcW w:w="2493" w:type="dxa"/>
            <w:shd w:val="clear" w:color="auto" w:fill="D9EAF7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70B61CCD" w14:textId="77777777" w:rsidR="005F715A" w:rsidRPr="00161F9A" w:rsidRDefault="00000000">
            <w:pPr>
              <w:spacing w:after="0"/>
            </w:pPr>
            <w:r w:rsidRPr="00161F9A">
              <w:rPr>
                <w:b/>
              </w:rPr>
              <w:t>Cena netto [zł]</w:t>
            </w:r>
          </w:p>
        </w:tc>
        <w:tc>
          <w:tcPr>
            <w:tcW w:w="2493" w:type="dxa"/>
            <w:shd w:val="clear" w:color="auto" w:fill="D9EAF7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157BD970" w14:textId="77777777" w:rsidR="005F715A" w:rsidRPr="00161F9A" w:rsidRDefault="00000000">
            <w:pPr>
              <w:spacing w:after="0"/>
            </w:pPr>
            <w:r w:rsidRPr="00161F9A">
              <w:rPr>
                <w:b/>
              </w:rPr>
              <w:t>VAT [% / zł]</w:t>
            </w:r>
          </w:p>
        </w:tc>
        <w:tc>
          <w:tcPr>
            <w:tcW w:w="2493" w:type="dxa"/>
            <w:shd w:val="clear" w:color="auto" w:fill="D9EAF7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4B5165FE" w14:textId="77777777" w:rsidR="005F715A" w:rsidRPr="00161F9A" w:rsidRDefault="00000000">
            <w:pPr>
              <w:spacing w:after="0"/>
            </w:pPr>
            <w:r w:rsidRPr="00161F9A">
              <w:rPr>
                <w:b/>
              </w:rPr>
              <w:t>Cena brutto [zł]</w:t>
            </w:r>
          </w:p>
        </w:tc>
      </w:tr>
      <w:tr w:rsidR="005F715A" w:rsidRPr="00161F9A" w14:paraId="6410C049" w14:textId="77777777">
        <w:trPr>
          <w:jc w:val="center"/>
        </w:trPr>
        <w:tc>
          <w:tcPr>
            <w:tcW w:w="2493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22664675" w14:textId="77777777" w:rsidR="005F715A" w:rsidRPr="00161F9A" w:rsidRDefault="00000000">
            <w:pPr>
              <w:spacing w:after="0"/>
            </w:pPr>
            <w:r w:rsidRPr="00161F9A">
              <w:t>Budynek mieszkalny główny – 2 lokale</w:t>
            </w:r>
          </w:p>
        </w:tc>
        <w:tc>
          <w:tcPr>
            <w:tcW w:w="2493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48A9B9CA" w14:textId="77777777" w:rsidR="005F715A" w:rsidRPr="00161F9A" w:rsidRDefault="00000000">
            <w:pPr>
              <w:spacing w:after="0"/>
            </w:pPr>
            <w:r w:rsidRPr="00161F9A">
              <w:t>……………………</w:t>
            </w:r>
          </w:p>
        </w:tc>
        <w:tc>
          <w:tcPr>
            <w:tcW w:w="2493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32495892" w14:textId="77777777" w:rsidR="005F715A" w:rsidRPr="00161F9A" w:rsidRDefault="00000000">
            <w:pPr>
              <w:spacing w:after="0"/>
            </w:pPr>
            <w:r w:rsidRPr="00161F9A">
              <w:t>………… / ……………………</w:t>
            </w:r>
          </w:p>
        </w:tc>
        <w:tc>
          <w:tcPr>
            <w:tcW w:w="2493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42D798E1" w14:textId="77777777" w:rsidR="005F715A" w:rsidRPr="00161F9A" w:rsidRDefault="00000000">
            <w:pPr>
              <w:spacing w:after="0"/>
            </w:pPr>
            <w:r w:rsidRPr="00161F9A">
              <w:t>……………………</w:t>
            </w:r>
          </w:p>
        </w:tc>
      </w:tr>
      <w:tr w:rsidR="005F715A" w:rsidRPr="00161F9A" w14:paraId="48454483" w14:textId="77777777">
        <w:trPr>
          <w:jc w:val="center"/>
        </w:trPr>
        <w:tc>
          <w:tcPr>
            <w:tcW w:w="2493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71AD9479" w14:textId="77777777" w:rsidR="005F715A" w:rsidRPr="00161F9A" w:rsidRDefault="00000000">
            <w:pPr>
              <w:spacing w:after="0"/>
            </w:pPr>
            <w:r w:rsidRPr="00161F9A">
              <w:t>Budynek mieszkalny mniejszy – 1 lokal</w:t>
            </w:r>
          </w:p>
        </w:tc>
        <w:tc>
          <w:tcPr>
            <w:tcW w:w="2493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2B25CBA3" w14:textId="77777777" w:rsidR="005F715A" w:rsidRPr="00161F9A" w:rsidRDefault="00000000">
            <w:pPr>
              <w:spacing w:after="0"/>
            </w:pPr>
            <w:r w:rsidRPr="00161F9A">
              <w:t>……………………</w:t>
            </w:r>
          </w:p>
        </w:tc>
        <w:tc>
          <w:tcPr>
            <w:tcW w:w="2493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6401F26C" w14:textId="77777777" w:rsidR="005F715A" w:rsidRPr="00161F9A" w:rsidRDefault="00000000">
            <w:pPr>
              <w:spacing w:after="0"/>
            </w:pPr>
            <w:r w:rsidRPr="00161F9A">
              <w:t>………… / ……………………</w:t>
            </w:r>
          </w:p>
        </w:tc>
        <w:tc>
          <w:tcPr>
            <w:tcW w:w="2493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39BDFAA4" w14:textId="77777777" w:rsidR="005F715A" w:rsidRPr="00161F9A" w:rsidRDefault="00000000">
            <w:pPr>
              <w:spacing w:after="0"/>
            </w:pPr>
            <w:r w:rsidRPr="00161F9A">
              <w:t>……………………</w:t>
            </w:r>
          </w:p>
        </w:tc>
      </w:tr>
      <w:tr w:rsidR="005F715A" w:rsidRPr="00161F9A" w14:paraId="20EE04B5" w14:textId="77777777">
        <w:trPr>
          <w:jc w:val="center"/>
        </w:trPr>
        <w:tc>
          <w:tcPr>
            <w:tcW w:w="2493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246234C0" w14:textId="77777777" w:rsidR="005F715A" w:rsidRPr="00161F9A" w:rsidRDefault="00000000">
            <w:pPr>
              <w:spacing w:after="0"/>
            </w:pPr>
            <w:r w:rsidRPr="00161F9A">
              <w:rPr>
                <w:b/>
              </w:rPr>
              <w:t>ŁĄCZNA CENA OFERTY</w:t>
            </w:r>
          </w:p>
        </w:tc>
        <w:tc>
          <w:tcPr>
            <w:tcW w:w="2493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668E7773" w14:textId="77777777" w:rsidR="005F715A" w:rsidRPr="00161F9A" w:rsidRDefault="00000000">
            <w:pPr>
              <w:spacing w:after="0"/>
            </w:pPr>
            <w:r w:rsidRPr="00161F9A">
              <w:rPr>
                <w:b/>
              </w:rPr>
              <w:t>……………………</w:t>
            </w:r>
          </w:p>
        </w:tc>
        <w:tc>
          <w:tcPr>
            <w:tcW w:w="2493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02895E7B" w14:textId="77777777" w:rsidR="005F715A" w:rsidRPr="00161F9A" w:rsidRDefault="00000000">
            <w:pPr>
              <w:spacing w:after="0"/>
            </w:pPr>
            <w:r w:rsidRPr="00161F9A">
              <w:rPr>
                <w:b/>
              </w:rPr>
              <w:t>………… / ……………………</w:t>
            </w:r>
          </w:p>
        </w:tc>
        <w:tc>
          <w:tcPr>
            <w:tcW w:w="2493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6AFA5725" w14:textId="77777777" w:rsidR="005F715A" w:rsidRPr="00161F9A" w:rsidRDefault="00000000">
            <w:pPr>
              <w:spacing w:after="0"/>
            </w:pPr>
            <w:r w:rsidRPr="00161F9A">
              <w:rPr>
                <w:b/>
              </w:rPr>
              <w:t>……………………</w:t>
            </w:r>
          </w:p>
        </w:tc>
      </w:tr>
    </w:tbl>
    <w:p w14:paraId="66374B46" w14:textId="77777777" w:rsidR="005F715A" w:rsidRPr="00161F9A" w:rsidRDefault="00000000">
      <w:pPr>
        <w:spacing w:after="100"/>
      </w:pPr>
      <w:r w:rsidRPr="00161F9A">
        <w:t>Łączna cena brutto słownie: ...............................................................................................................................................</w:t>
      </w:r>
    </w:p>
    <w:p w14:paraId="724FAD1E" w14:textId="77777777" w:rsidR="005F715A" w:rsidRPr="00161F9A" w:rsidRDefault="00000000">
      <w:pPr>
        <w:spacing w:after="40"/>
      </w:pPr>
      <w:r w:rsidRPr="00161F9A">
        <w:rPr>
          <w:b/>
        </w:rPr>
        <w:t>Oferowany okres gwarancji na wykonane roboty oraz zastosowane materiały: ……………………… miesięcy.</w:t>
      </w:r>
    </w:p>
    <w:p w14:paraId="75B15F4A" w14:textId="77777777" w:rsidR="005F715A" w:rsidRPr="00161F9A" w:rsidRDefault="00000000">
      <w:pPr>
        <w:spacing w:after="120"/>
      </w:pPr>
      <w:r w:rsidRPr="00161F9A">
        <w:rPr>
          <w:i/>
        </w:rPr>
        <w:t>(minimalny wymagany okres gwarancji: 36 miesięcy; okres gwarancji stanowi kryterium oceny ofert)</w:t>
      </w:r>
    </w:p>
    <w:p w14:paraId="30A1A2C7" w14:textId="77777777" w:rsidR="005F715A" w:rsidRPr="00161F9A" w:rsidRDefault="00000000">
      <w:pPr>
        <w:spacing w:before="120" w:after="100"/>
        <w:jc w:val="center"/>
      </w:pPr>
      <w:r w:rsidRPr="00161F9A">
        <w:rPr>
          <w:b/>
        </w:rPr>
        <w:t>OŚWIADCZENIA WYKONAWCY</w:t>
      </w:r>
    </w:p>
    <w:p w14:paraId="43EE80BD" w14:textId="77777777" w:rsidR="005F715A" w:rsidRPr="00161F9A" w:rsidRDefault="00000000">
      <w:pPr>
        <w:pStyle w:val="Listanumerowana"/>
        <w:spacing w:after="40"/>
      </w:pPr>
      <w:r w:rsidRPr="00161F9A">
        <w:t>zapoznałem/am się i akceptuję w całości warunki zawarte w Zapytaniu ofertowym, Opisie Przedmiotu Zamówienia oraz kosztorysach ślepych;</w:t>
      </w:r>
    </w:p>
    <w:p w14:paraId="2FCDA156" w14:textId="77777777" w:rsidR="005F715A" w:rsidRPr="00161F9A" w:rsidRDefault="00000000">
      <w:pPr>
        <w:pStyle w:val="Listanumerowana"/>
        <w:spacing w:after="40"/>
      </w:pPr>
      <w:r w:rsidRPr="00161F9A">
        <w:t>odbyłem/am obowiązkową wizję lokalną obu budynków objętych zamówieniem i załączam do oferty potwierdzenie jej odbycia;</w:t>
      </w:r>
    </w:p>
    <w:p w14:paraId="7EB32F70" w14:textId="77777777" w:rsidR="005F715A" w:rsidRPr="00161F9A" w:rsidRDefault="00000000">
      <w:pPr>
        <w:pStyle w:val="Listanumerowana"/>
        <w:spacing w:after="40"/>
      </w:pPr>
      <w:r w:rsidRPr="00161F9A">
        <w:t>spełniam warunki udziału w postępowaniu określone w Zapytaniu ofertowym, w szczególności dysponuję personelem posiadającym wymagane badania, szkolenia i uprawnienia do prac na wysokości oraz posiadam doświadczenie w realizacji robót dekarskich;</w:t>
      </w:r>
    </w:p>
    <w:p w14:paraId="3B2FDBAA" w14:textId="77777777" w:rsidR="005F715A" w:rsidRPr="00161F9A" w:rsidRDefault="00000000">
      <w:pPr>
        <w:pStyle w:val="Listanumerowana"/>
        <w:spacing w:after="40"/>
      </w:pPr>
      <w:r w:rsidRPr="00161F9A">
        <w:t>uzyskałem/am wszystkie informacje niezbędne do prawidłowego przygotowania i złożenia oferty;</w:t>
      </w:r>
    </w:p>
    <w:p w14:paraId="360AEBE4" w14:textId="77777777" w:rsidR="005F715A" w:rsidRPr="00161F9A" w:rsidRDefault="00000000">
      <w:pPr>
        <w:pStyle w:val="Listanumerowana"/>
        <w:spacing w:after="40"/>
      </w:pPr>
      <w:r w:rsidRPr="00161F9A">
        <w:lastRenderedPageBreak/>
        <w:t>w cenie oferty ujęto wszystkie koszty niezbędne do prawidłowego, kompletnego i terminowego wykonania przedmiotu zamówienia, w tym robociznę, materiały, sprzęt, rusztowania, transport, zabezpieczenie terenu robót, wywóz i utylizację odpadów oraz roboty pomocnicze i towarzyszące;</w:t>
      </w:r>
    </w:p>
    <w:p w14:paraId="5C084937" w14:textId="77777777" w:rsidR="005F715A" w:rsidRPr="00161F9A" w:rsidRDefault="00000000">
      <w:pPr>
        <w:pStyle w:val="Listanumerowana"/>
        <w:spacing w:after="40"/>
      </w:pPr>
      <w:r w:rsidRPr="00161F9A">
        <w:t>przyjmuję ryczałtowy charakter wynagrodzenia i zobowiązuję się wykonać cały zakres robót na obu budynkach za cenę wskazaną w niniejszej ofercie;</w:t>
      </w:r>
    </w:p>
    <w:p w14:paraId="44EDB672" w14:textId="77777777" w:rsidR="005F715A" w:rsidRPr="00161F9A" w:rsidRDefault="00000000">
      <w:pPr>
        <w:pStyle w:val="Listanumerowana"/>
        <w:spacing w:after="40"/>
      </w:pPr>
      <w:r w:rsidRPr="00161F9A">
        <w:t>zobowiązuję się, w przypadku wyboru mojej oferty, do zawarcia umowy w miejscu i terminie wskazanym przez Zamawiającego, na warunkach zgodnych z Zapytaniem ofertowym i niniejszą ofertą;</w:t>
      </w:r>
    </w:p>
    <w:p w14:paraId="6E7D09BB" w14:textId="77777777" w:rsidR="005F715A" w:rsidRPr="00161F9A" w:rsidRDefault="00000000">
      <w:pPr>
        <w:pStyle w:val="Listanumerowana"/>
        <w:spacing w:after="40"/>
      </w:pPr>
      <w:r w:rsidRPr="00161F9A">
        <w:t>uważam się związany/a niniejszą ofertą przez okres wskazany przez Zamawiającego w Zapytaniu ofertowym;</w:t>
      </w:r>
    </w:p>
    <w:p w14:paraId="4DEB2E5D" w14:textId="77777777" w:rsidR="005F715A" w:rsidRPr="00161F9A" w:rsidRDefault="00000000">
      <w:pPr>
        <w:pStyle w:val="Listanumerowana"/>
        <w:spacing w:after="40"/>
      </w:pPr>
      <w:r w:rsidRPr="00161F9A">
        <w:t>oświadczam, że nie zachodzą wobec mnie przesłanki wykluczenia z postępowania na podstawie art. 7 ust. 1 ustawy z dnia 13 kwietnia 2022 r. o szczególnych rozwiązaniach w zakresie przeciwdziałania wspieraniu agresji na Ukrainę oraz służących ochronie bezpieczeństwa narodowego;</w:t>
      </w:r>
    </w:p>
    <w:p w14:paraId="525E811F" w14:textId="77777777" w:rsidR="005F715A" w:rsidRPr="00161F9A" w:rsidRDefault="00000000">
      <w:pPr>
        <w:pStyle w:val="Listanumerowana"/>
        <w:spacing w:after="40"/>
      </w:pPr>
      <w:r w:rsidRPr="00161F9A">
        <w:t>oświadczam, że wypełniłem/am obowiązki informacyjne przewidziane w art. 13 lub art. 14 RODO wobec osób fizycznych, od których dane osobowe pozyskałem/am bezpośrednio lub pośrednio w celu ubiegania się o udzielenie niniejszego zamówienia; w przypadku gdy oświadczenie nie ma zastosowania, wpisuję „nie dotyczy”.</w:t>
      </w:r>
    </w:p>
    <w:p w14:paraId="0E8C6C37" w14:textId="77777777" w:rsidR="005F715A" w:rsidRPr="00161F9A" w:rsidRDefault="00000000">
      <w:pPr>
        <w:spacing w:before="100"/>
      </w:pPr>
      <w:r w:rsidRPr="00161F9A">
        <w:t>Osobą uprawnioną do merytorycznej współpracy i koordynacji realizacji zamówienia ze strony Wykonawcy jest:</w:t>
      </w:r>
    </w:p>
    <w:p w14:paraId="3C202750" w14:textId="77777777" w:rsidR="005F715A" w:rsidRPr="00161F9A" w:rsidRDefault="00000000">
      <w:pPr>
        <w:spacing w:after="120"/>
      </w:pPr>
      <w:r w:rsidRPr="00161F9A">
        <w:t>Pan/Pani ...................................................................................., tel. ...................................................., e-mail: ....................................................................................</w:t>
      </w:r>
    </w:p>
    <w:p w14:paraId="3890FDC8" w14:textId="77777777" w:rsidR="005F715A" w:rsidRPr="00161F9A" w:rsidRDefault="00000000">
      <w:pPr>
        <w:spacing w:after="200"/>
      </w:pPr>
      <w:r w:rsidRPr="00161F9A">
        <w:rPr>
          <w:b/>
        </w:rPr>
        <w:t>Wszystkie informacje podane w powyższych oświadczeniach są aktualne i zgodne z prawdą oraz zostały przedstawione ze świadomością konsekwencji podania informacji nieprawdziwych.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324"/>
        <w:gridCol w:w="3324"/>
        <w:gridCol w:w="3324"/>
      </w:tblGrid>
      <w:tr w:rsidR="005F715A" w:rsidRPr="00161F9A" w14:paraId="124C87FF" w14:textId="77777777">
        <w:trPr>
          <w:jc w:val="center"/>
        </w:trPr>
        <w:tc>
          <w:tcPr>
            <w:tcW w:w="33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64B3B4" w14:textId="77777777" w:rsidR="005F715A" w:rsidRPr="00161F9A" w:rsidRDefault="00000000">
            <w:pPr>
              <w:spacing w:after="0"/>
              <w:jc w:val="center"/>
            </w:pPr>
            <w:r w:rsidRPr="00161F9A">
              <w:t>………………………………</w:t>
            </w:r>
          </w:p>
        </w:tc>
        <w:tc>
          <w:tcPr>
            <w:tcW w:w="33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4ED643" w14:textId="77777777" w:rsidR="005F715A" w:rsidRPr="00161F9A" w:rsidRDefault="00000000">
            <w:pPr>
              <w:spacing w:after="0"/>
              <w:jc w:val="center"/>
            </w:pPr>
            <w:r w:rsidRPr="00161F9A">
              <w:t>………………………………</w:t>
            </w:r>
          </w:p>
        </w:tc>
        <w:tc>
          <w:tcPr>
            <w:tcW w:w="33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7E81F5" w14:textId="77777777" w:rsidR="005F715A" w:rsidRPr="00161F9A" w:rsidRDefault="00000000">
            <w:pPr>
              <w:spacing w:after="0"/>
              <w:jc w:val="center"/>
            </w:pPr>
            <w:r w:rsidRPr="00161F9A">
              <w:t>………………………………</w:t>
            </w:r>
          </w:p>
        </w:tc>
      </w:tr>
      <w:tr w:rsidR="005F715A" w:rsidRPr="00161F9A" w14:paraId="41317FD2" w14:textId="77777777">
        <w:trPr>
          <w:jc w:val="center"/>
        </w:trPr>
        <w:tc>
          <w:tcPr>
            <w:tcW w:w="33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09FC02" w14:textId="77777777" w:rsidR="005F715A" w:rsidRPr="00161F9A" w:rsidRDefault="00000000">
            <w:pPr>
              <w:spacing w:after="0"/>
              <w:jc w:val="center"/>
            </w:pPr>
            <w:r w:rsidRPr="00161F9A">
              <w:t>(miejscowość, data)</w:t>
            </w:r>
          </w:p>
        </w:tc>
        <w:tc>
          <w:tcPr>
            <w:tcW w:w="33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159F50" w14:textId="77777777" w:rsidR="005F715A" w:rsidRPr="00161F9A" w:rsidRDefault="00000000">
            <w:pPr>
              <w:spacing w:after="0"/>
              <w:jc w:val="center"/>
            </w:pPr>
            <w:r w:rsidRPr="00161F9A">
              <w:t>(pieczęć firmowa – opcjonalnie)</w:t>
            </w:r>
          </w:p>
        </w:tc>
        <w:tc>
          <w:tcPr>
            <w:tcW w:w="33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8D7796" w14:textId="77777777" w:rsidR="005F715A" w:rsidRPr="00161F9A" w:rsidRDefault="00000000">
            <w:pPr>
              <w:spacing w:after="0"/>
              <w:jc w:val="center"/>
            </w:pPr>
            <w:r w:rsidRPr="00161F9A">
              <w:t>(podpis Wykonawcy)</w:t>
            </w:r>
          </w:p>
        </w:tc>
      </w:tr>
    </w:tbl>
    <w:p w14:paraId="23017C53" w14:textId="77777777" w:rsidR="000A64FA" w:rsidRDefault="000A64FA"/>
    <w:sectPr w:rsidR="000A64FA" w:rsidSect="00034616">
      <w:pgSz w:w="12240" w:h="15840"/>
      <w:pgMar w:top="907" w:right="1134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61432118">
    <w:abstractNumId w:val="8"/>
  </w:num>
  <w:num w:numId="2" w16cid:durableId="611788315">
    <w:abstractNumId w:val="6"/>
  </w:num>
  <w:num w:numId="3" w16cid:durableId="1132331980">
    <w:abstractNumId w:val="5"/>
  </w:num>
  <w:num w:numId="4" w16cid:durableId="1247425732">
    <w:abstractNumId w:val="4"/>
  </w:num>
  <w:num w:numId="5" w16cid:durableId="913197268">
    <w:abstractNumId w:val="7"/>
  </w:num>
  <w:num w:numId="6" w16cid:durableId="1549679137">
    <w:abstractNumId w:val="3"/>
  </w:num>
  <w:num w:numId="7" w16cid:durableId="749083399">
    <w:abstractNumId w:val="2"/>
  </w:num>
  <w:num w:numId="8" w16cid:durableId="466319154">
    <w:abstractNumId w:val="1"/>
  </w:num>
  <w:num w:numId="9" w16cid:durableId="209804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A64FA"/>
    <w:rsid w:val="0015074B"/>
    <w:rsid w:val="00161F9A"/>
    <w:rsid w:val="0029639D"/>
    <w:rsid w:val="00326F90"/>
    <w:rsid w:val="00523993"/>
    <w:rsid w:val="0059615E"/>
    <w:rsid w:val="005F715A"/>
    <w:rsid w:val="00AA1D8D"/>
    <w:rsid w:val="00AF1F5E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12372B"/>
  <w14:defaultImageDpi w14:val="300"/>
  <w15:docId w15:val="{20C05B31-1E4D-46F5-9161-E71C737DA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60" w:line="240" w:lineRule="auto"/>
    </w:pPr>
    <w:rPr>
      <w:rFonts w:ascii="Arial Narrow" w:eastAsia="Arial Narrow" w:hAnsi="Arial Narrow"/>
      <w:sz w:val="24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689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4816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</dc:creator>
  <cp:keywords/>
  <dc:description>generated by python-docx</dc:description>
  <cp:lastModifiedBy>Marta Gaik</cp:lastModifiedBy>
  <cp:revision>3</cp:revision>
  <dcterms:created xsi:type="dcterms:W3CDTF">2026-08-10T07:12:00Z</dcterms:created>
  <dcterms:modified xsi:type="dcterms:W3CDTF">2026-09-01T18:32:00Z</dcterms:modified>
  <cp:category/>
</cp:coreProperties>
</file>